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983D1" w14:textId="7CF5B7CC" w:rsidR="008A2A8B" w:rsidRPr="00BD6BA5" w:rsidRDefault="00BD6BA5">
      <w:pPr>
        <w:jc w:val="center"/>
        <w:rPr>
          <w:sz w:val="20"/>
          <w:szCs w:val="24"/>
          <w:lang w:val="it-IT"/>
        </w:rPr>
      </w:pPr>
      <w:r w:rsidRPr="00BD6BA5">
        <w:rPr>
          <w:b/>
          <w:sz w:val="32"/>
          <w:szCs w:val="24"/>
          <w:lang w:val="it-IT"/>
        </w:rPr>
        <w:t>COMUNE DI CONDOVE</w:t>
      </w:r>
    </w:p>
    <w:p w14:paraId="7932D844" w14:textId="77777777" w:rsidR="008A2A8B" w:rsidRPr="00BD6BA5" w:rsidRDefault="00BD6BA5">
      <w:pPr>
        <w:jc w:val="center"/>
        <w:rPr>
          <w:sz w:val="20"/>
          <w:szCs w:val="24"/>
          <w:lang w:val="it-IT"/>
        </w:rPr>
      </w:pPr>
      <w:r w:rsidRPr="00BD6BA5">
        <w:rPr>
          <w:b/>
          <w:color w:val="1F4E79"/>
          <w:sz w:val="40"/>
          <w:szCs w:val="24"/>
          <w:lang w:val="it-IT"/>
        </w:rPr>
        <w:t>MODULISTICA PER EVENTI TEMPORANEI</w:t>
      </w:r>
    </w:p>
    <w:p w14:paraId="2E9FA5C3" w14:textId="77777777" w:rsidR="008A2A8B" w:rsidRPr="00BD6BA5" w:rsidRDefault="00BD6BA5">
      <w:pPr>
        <w:jc w:val="center"/>
        <w:rPr>
          <w:sz w:val="24"/>
          <w:szCs w:val="32"/>
          <w:lang w:val="it-IT"/>
        </w:rPr>
      </w:pPr>
      <w:r w:rsidRPr="00BD6BA5">
        <w:rPr>
          <w:i/>
          <w:sz w:val="32"/>
          <w:szCs w:val="32"/>
          <w:lang w:val="it-IT"/>
        </w:rPr>
        <w:t>Modulo base + allegati da compilare solo se pertinenti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:rsidRPr="00BD6BA5" w14:paraId="4670F37E" w14:textId="77777777">
        <w:tc>
          <w:tcPr>
            <w:tcW w:w="10652" w:type="dxa"/>
            <w:shd w:val="clear" w:color="auto" w:fill="E2F0D9"/>
            <w:vAlign w:val="center"/>
          </w:tcPr>
          <w:p w14:paraId="3DA6E376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 xml:space="preserve">ISTRUZIONI PER L'ORGANIZZATORE: compilare sempre il Modulo base. Compilare gli allegati solo se l'evento prevede la relativa attività: somministrazione, musica/spettacolo, occupazione suolo/viabilità/strutture, falò, piano </w:t>
            </w:r>
            <w:proofErr w:type="spellStart"/>
            <w:r w:rsidRPr="00BD6BA5">
              <w:rPr>
                <w:sz w:val="22"/>
                <w:szCs w:val="32"/>
                <w:lang w:val="it-IT"/>
              </w:rPr>
              <w:t>safety</w:t>
            </w:r>
            <w:proofErr w:type="spellEnd"/>
            <w:r w:rsidRPr="00BD6BA5">
              <w:rPr>
                <w:sz w:val="22"/>
                <w:szCs w:val="32"/>
                <w:lang w:val="it-IT"/>
              </w:rPr>
              <w:t>. La presentazione del modulo non sostituisce eventuali SCIA, autorizzazioni, comunicazioni o nulla osta previsti dalla normativa vigente e dai regolamenti comunali.</w:t>
            </w:r>
          </w:p>
        </w:tc>
      </w:tr>
    </w:tbl>
    <w:p w14:paraId="763A0981" w14:textId="77777777" w:rsidR="008A2A8B" w:rsidRPr="00BD6BA5" w:rsidRDefault="008A2A8B">
      <w:pPr>
        <w:spacing w:after="40"/>
        <w:rPr>
          <w:sz w:val="24"/>
          <w:szCs w:val="32"/>
          <w:lang w:val="it-IT"/>
        </w:rPr>
      </w:pPr>
    </w:p>
    <w:p w14:paraId="2B8B86D0" w14:textId="77777777" w:rsidR="008A2A8B" w:rsidRPr="00BD6BA5" w:rsidRDefault="00BD6BA5">
      <w:pPr>
        <w:pStyle w:val="Titolo2"/>
        <w:spacing w:before="120" w:after="80"/>
        <w:rPr>
          <w:sz w:val="36"/>
          <w:szCs w:val="36"/>
          <w:lang w:val="it-IT"/>
        </w:rPr>
      </w:pPr>
      <w:r w:rsidRPr="00BD6BA5">
        <w:rPr>
          <w:sz w:val="36"/>
          <w:szCs w:val="36"/>
          <w:lang w:val="it-IT"/>
        </w:rPr>
        <w:t>Indice dei moduli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7370"/>
      </w:tblGrid>
      <w:tr w:rsidR="008A2A8B" w:rsidRPr="00BD6BA5" w14:paraId="1537D59B" w14:textId="77777777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22BF913D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b/>
                <w:sz w:val="22"/>
                <w:szCs w:val="32"/>
                <w:lang w:val="it-IT"/>
              </w:rPr>
              <w:t>Modulo</w:t>
            </w:r>
          </w:p>
        </w:tc>
        <w:tc>
          <w:tcPr>
            <w:tcW w:w="7370" w:type="dxa"/>
            <w:shd w:val="clear" w:color="auto" w:fill="D9EAF7"/>
            <w:vAlign w:val="center"/>
          </w:tcPr>
          <w:p w14:paraId="2A338310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b/>
                <w:sz w:val="22"/>
                <w:szCs w:val="32"/>
                <w:lang w:val="it-IT"/>
              </w:rPr>
              <w:t>Quando si usa</w:t>
            </w:r>
          </w:p>
        </w:tc>
      </w:tr>
      <w:tr w:rsidR="008A2A8B" w:rsidRPr="00BD6BA5" w14:paraId="716F8205" w14:textId="77777777">
        <w:trPr>
          <w:jc w:val="center"/>
        </w:trPr>
        <w:tc>
          <w:tcPr>
            <w:tcW w:w="2835" w:type="dxa"/>
            <w:vAlign w:val="center"/>
          </w:tcPr>
          <w:p w14:paraId="1A0A5827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Modulo base</w:t>
            </w:r>
          </w:p>
        </w:tc>
        <w:tc>
          <w:tcPr>
            <w:tcW w:w="7370" w:type="dxa"/>
            <w:vAlign w:val="center"/>
          </w:tcPr>
          <w:p w14:paraId="19E49687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Sempre, per qualsiasi iniziativa temporanea.</w:t>
            </w:r>
          </w:p>
        </w:tc>
      </w:tr>
      <w:tr w:rsidR="008A2A8B" w:rsidRPr="00BD6BA5" w14:paraId="7A520C42" w14:textId="77777777">
        <w:trPr>
          <w:jc w:val="center"/>
        </w:trPr>
        <w:tc>
          <w:tcPr>
            <w:tcW w:w="2835" w:type="dxa"/>
            <w:vAlign w:val="center"/>
          </w:tcPr>
          <w:p w14:paraId="5DDBF6DF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Allegato A - Somministrazione alimenti e bevande</w:t>
            </w:r>
          </w:p>
        </w:tc>
        <w:tc>
          <w:tcPr>
            <w:tcW w:w="7370" w:type="dxa"/>
            <w:vAlign w:val="center"/>
          </w:tcPr>
          <w:p w14:paraId="5A9AA8FE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Solo se si distribuiscono, vendono o somministrano alimenti o bevande, anche gratuitamente.</w:t>
            </w:r>
          </w:p>
        </w:tc>
      </w:tr>
      <w:tr w:rsidR="008A2A8B" w:rsidRPr="00BD6BA5" w14:paraId="27E0D4CE" w14:textId="77777777">
        <w:trPr>
          <w:jc w:val="center"/>
        </w:trPr>
        <w:tc>
          <w:tcPr>
            <w:tcW w:w="2835" w:type="dxa"/>
            <w:vAlign w:val="center"/>
          </w:tcPr>
          <w:p w14:paraId="38AD4713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Allegato B - Musica, spettacolo, intrattenimento e rumore</w:t>
            </w:r>
          </w:p>
        </w:tc>
        <w:tc>
          <w:tcPr>
            <w:tcW w:w="7370" w:type="dxa"/>
            <w:vAlign w:val="center"/>
          </w:tcPr>
          <w:p w14:paraId="6A8C6A8F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Solo se sono previsti musica amplificata, spettacoli, DJ set, ballo, intrattenimenti o orari critici.</w:t>
            </w:r>
          </w:p>
        </w:tc>
      </w:tr>
      <w:tr w:rsidR="008A2A8B" w:rsidRPr="00BD6BA5" w14:paraId="69870A5A" w14:textId="77777777">
        <w:trPr>
          <w:jc w:val="center"/>
        </w:trPr>
        <w:tc>
          <w:tcPr>
            <w:tcW w:w="2835" w:type="dxa"/>
            <w:vAlign w:val="center"/>
          </w:tcPr>
          <w:p w14:paraId="7750A90A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Allegato C - Occupazione suolo, viabilità, strutture e impianti</w:t>
            </w:r>
          </w:p>
        </w:tc>
        <w:tc>
          <w:tcPr>
            <w:tcW w:w="7370" w:type="dxa"/>
            <w:vAlign w:val="center"/>
          </w:tcPr>
          <w:p w14:paraId="6C71EC67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Solo se si usano aree pubbliche, si modificano viabilità/sosta o si installano gazebo, palchi, impianti, transenne.</w:t>
            </w:r>
          </w:p>
        </w:tc>
      </w:tr>
      <w:tr w:rsidR="008A2A8B" w:rsidRPr="00BD6BA5" w14:paraId="1DDD9DB8" w14:textId="77777777">
        <w:trPr>
          <w:jc w:val="center"/>
        </w:trPr>
        <w:tc>
          <w:tcPr>
            <w:tcW w:w="2835" w:type="dxa"/>
            <w:vAlign w:val="center"/>
          </w:tcPr>
          <w:p w14:paraId="7CA4FDED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Allegato D - Falò o accensioni controllate</w:t>
            </w:r>
          </w:p>
        </w:tc>
        <w:tc>
          <w:tcPr>
            <w:tcW w:w="7370" w:type="dxa"/>
            <w:vAlign w:val="center"/>
          </w:tcPr>
          <w:p w14:paraId="60AE6821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Solo se sono previsti falò, fuochi o accensioni controllate.</w:t>
            </w:r>
          </w:p>
        </w:tc>
      </w:tr>
      <w:tr w:rsidR="008A2A8B" w:rsidRPr="00BD6BA5" w14:paraId="02141983" w14:textId="77777777">
        <w:trPr>
          <w:jc w:val="center"/>
        </w:trPr>
        <w:tc>
          <w:tcPr>
            <w:tcW w:w="2835" w:type="dxa"/>
            <w:vAlign w:val="center"/>
          </w:tcPr>
          <w:p w14:paraId="59F86C9D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 xml:space="preserve">Allegato E - Piano </w:t>
            </w:r>
            <w:proofErr w:type="spellStart"/>
            <w:r w:rsidRPr="00BD6BA5">
              <w:rPr>
                <w:sz w:val="22"/>
                <w:szCs w:val="32"/>
                <w:lang w:val="it-IT"/>
              </w:rPr>
              <w:t>safety</w:t>
            </w:r>
            <w:proofErr w:type="spellEnd"/>
            <w:r w:rsidRPr="00BD6BA5">
              <w:rPr>
                <w:sz w:val="22"/>
                <w:szCs w:val="32"/>
                <w:lang w:val="it-IT"/>
              </w:rPr>
              <w:t xml:space="preserve"> semplificato</w:t>
            </w:r>
          </w:p>
        </w:tc>
        <w:tc>
          <w:tcPr>
            <w:tcW w:w="7370" w:type="dxa"/>
            <w:vAlign w:val="center"/>
          </w:tcPr>
          <w:p w14:paraId="2A6BBBE5" w14:textId="77777777" w:rsidR="008A2A8B" w:rsidRPr="00BD6BA5" w:rsidRDefault="00BD6BA5">
            <w:pPr>
              <w:rPr>
                <w:sz w:val="24"/>
                <w:szCs w:val="32"/>
                <w:lang w:val="it-IT"/>
              </w:rPr>
            </w:pPr>
            <w:r w:rsidRPr="00BD6BA5">
              <w:rPr>
                <w:sz w:val="22"/>
                <w:szCs w:val="32"/>
                <w:lang w:val="it-IT"/>
              </w:rPr>
              <w:t>Per eventi aperti al pubblico, in modo proporzionato alla dimensione e al rischio dell'iniziativa.</w:t>
            </w:r>
          </w:p>
        </w:tc>
      </w:tr>
    </w:tbl>
    <w:p w14:paraId="5823577B" w14:textId="77777777" w:rsidR="008A2A8B" w:rsidRPr="00BD6BA5" w:rsidRDefault="008A2A8B">
      <w:pPr>
        <w:spacing w:after="40"/>
        <w:rPr>
          <w:sz w:val="24"/>
          <w:szCs w:val="32"/>
          <w:lang w:val="it-IT"/>
        </w:rPr>
      </w:pPr>
    </w:p>
    <w:p w14:paraId="5EDFFFEC" w14:textId="77777777" w:rsidR="008A2A8B" w:rsidRPr="00BD6BA5" w:rsidRDefault="00BD6BA5">
      <w:pPr>
        <w:rPr>
          <w:sz w:val="24"/>
          <w:szCs w:val="32"/>
        </w:rPr>
      </w:pPr>
      <w:r w:rsidRPr="00BD6BA5">
        <w:rPr>
          <w:sz w:val="24"/>
          <w:szCs w:val="32"/>
        </w:rPr>
        <w:br w:type="page"/>
      </w:r>
    </w:p>
    <w:p w14:paraId="5269E357" w14:textId="77777777" w:rsidR="008A2A8B" w:rsidRDefault="00BD6BA5" w:rsidP="00BD6BA5">
      <w:pPr>
        <w:pStyle w:val="Titolo1"/>
        <w:spacing w:before="120" w:after="80"/>
        <w:jc w:val="center"/>
      </w:pPr>
      <w:r>
        <w:t>MODULO BASE - Comunicazione/richiesta per evento temporaneo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0A2B1681" w14:textId="77777777">
        <w:tc>
          <w:tcPr>
            <w:tcW w:w="10652" w:type="dxa"/>
            <w:shd w:val="clear" w:color="auto" w:fill="FFF2CC"/>
            <w:vAlign w:val="center"/>
          </w:tcPr>
          <w:p w14:paraId="43435BF1" w14:textId="77777777" w:rsidR="008A2A8B" w:rsidRDefault="00BD6BA5">
            <w:r>
              <w:rPr>
                <w:sz w:val="17"/>
              </w:rPr>
              <w:t>Da compilare sempre. Le parti non pertinenti possono essere barrate o indicate come "non ricorre".</w:t>
            </w:r>
          </w:p>
        </w:tc>
      </w:tr>
    </w:tbl>
    <w:p w14:paraId="320B0032" w14:textId="77777777" w:rsidR="008A2A8B" w:rsidRDefault="008A2A8B">
      <w:pPr>
        <w:spacing w:after="40"/>
      </w:pPr>
    </w:p>
    <w:p w14:paraId="6B1353E1" w14:textId="77777777" w:rsidR="008A2A8B" w:rsidRDefault="00BD6BA5">
      <w:pPr>
        <w:pStyle w:val="Titolo2"/>
        <w:spacing w:before="120" w:after="80"/>
      </w:pPr>
      <w:r>
        <w:t>1. Dati dell'organizzatore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6803"/>
      </w:tblGrid>
      <w:tr w:rsidR="008A2A8B" w14:paraId="69BF6056" w14:textId="77777777">
        <w:trPr>
          <w:jc w:val="center"/>
        </w:trPr>
        <w:tc>
          <w:tcPr>
            <w:tcW w:w="3402" w:type="dxa"/>
            <w:shd w:val="clear" w:color="auto" w:fill="D9EAF7"/>
            <w:vAlign w:val="center"/>
          </w:tcPr>
          <w:p w14:paraId="5F85D725" w14:textId="77777777" w:rsidR="008A2A8B" w:rsidRDefault="00BD6BA5">
            <w:r>
              <w:rPr>
                <w:b/>
                <w:sz w:val="17"/>
              </w:rPr>
              <w:t>Campo</w:t>
            </w:r>
          </w:p>
        </w:tc>
        <w:tc>
          <w:tcPr>
            <w:tcW w:w="6803" w:type="dxa"/>
            <w:shd w:val="clear" w:color="auto" w:fill="D9EAF7"/>
            <w:vAlign w:val="center"/>
          </w:tcPr>
          <w:p w14:paraId="2C9BA2C0" w14:textId="77777777" w:rsidR="008A2A8B" w:rsidRDefault="00BD6BA5">
            <w:r>
              <w:rPr>
                <w:b/>
                <w:sz w:val="17"/>
              </w:rPr>
              <w:t>Da compilare</w:t>
            </w:r>
          </w:p>
        </w:tc>
      </w:tr>
      <w:tr w:rsidR="008A2A8B" w14:paraId="71E7FF37" w14:textId="77777777">
        <w:trPr>
          <w:jc w:val="center"/>
        </w:trPr>
        <w:tc>
          <w:tcPr>
            <w:tcW w:w="3402" w:type="dxa"/>
            <w:vAlign w:val="center"/>
          </w:tcPr>
          <w:p w14:paraId="6DDFB31C" w14:textId="77777777" w:rsidR="008A2A8B" w:rsidRDefault="00BD6BA5">
            <w:r>
              <w:rPr>
                <w:sz w:val="17"/>
              </w:rPr>
              <w:t>Organizzatore / associazione / ente / impresa</w:t>
            </w:r>
          </w:p>
        </w:tc>
        <w:tc>
          <w:tcPr>
            <w:tcW w:w="6803" w:type="dxa"/>
            <w:vAlign w:val="center"/>
          </w:tcPr>
          <w:p w14:paraId="39E71A48" w14:textId="77777777" w:rsidR="008A2A8B" w:rsidRDefault="008A2A8B"/>
        </w:tc>
      </w:tr>
      <w:tr w:rsidR="008A2A8B" w14:paraId="0B7863C2" w14:textId="77777777">
        <w:trPr>
          <w:jc w:val="center"/>
        </w:trPr>
        <w:tc>
          <w:tcPr>
            <w:tcW w:w="3402" w:type="dxa"/>
            <w:vAlign w:val="center"/>
          </w:tcPr>
          <w:p w14:paraId="6C36D09F" w14:textId="77777777" w:rsidR="008A2A8B" w:rsidRDefault="00BD6BA5">
            <w:r>
              <w:rPr>
                <w:sz w:val="17"/>
              </w:rPr>
              <w:t>Codice fiscale / P. IVA</w:t>
            </w:r>
          </w:p>
        </w:tc>
        <w:tc>
          <w:tcPr>
            <w:tcW w:w="6803" w:type="dxa"/>
            <w:vAlign w:val="center"/>
          </w:tcPr>
          <w:p w14:paraId="0DEE567B" w14:textId="77777777" w:rsidR="008A2A8B" w:rsidRDefault="008A2A8B"/>
        </w:tc>
      </w:tr>
      <w:tr w:rsidR="008A2A8B" w14:paraId="66C12E22" w14:textId="77777777">
        <w:trPr>
          <w:jc w:val="center"/>
        </w:trPr>
        <w:tc>
          <w:tcPr>
            <w:tcW w:w="3402" w:type="dxa"/>
            <w:vAlign w:val="center"/>
          </w:tcPr>
          <w:p w14:paraId="2497D05C" w14:textId="77777777" w:rsidR="008A2A8B" w:rsidRDefault="00BD6BA5">
            <w:r>
              <w:rPr>
                <w:sz w:val="17"/>
              </w:rPr>
              <w:t>Sede / indirizzo</w:t>
            </w:r>
          </w:p>
        </w:tc>
        <w:tc>
          <w:tcPr>
            <w:tcW w:w="6803" w:type="dxa"/>
            <w:vAlign w:val="center"/>
          </w:tcPr>
          <w:p w14:paraId="6F212CD1" w14:textId="77777777" w:rsidR="008A2A8B" w:rsidRDefault="008A2A8B"/>
        </w:tc>
      </w:tr>
      <w:tr w:rsidR="008A2A8B" w14:paraId="4DE6C3AA" w14:textId="77777777">
        <w:trPr>
          <w:jc w:val="center"/>
        </w:trPr>
        <w:tc>
          <w:tcPr>
            <w:tcW w:w="3402" w:type="dxa"/>
            <w:vAlign w:val="center"/>
          </w:tcPr>
          <w:p w14:paraId="1C13B0E3" w14:textId="77777777" w:rsidR="008A2A8B" w:rsidRDefault="00BD6BA5">
            <w:r>
              <w:rPr>
                <w:sz w:val="17"/>
              </w:rPr>
              <w:t>Legale rappresentante / richiedente</w:t>
            </w:r>
          </w:p>
        </w:tc>
        <w:tc>
          <w:tcPr>
            <w:tcW w:w="6803" w:type="dxa"/>
            <w:vAlign w:val="center"/>
          </w:tcPr>
          <w:p w14:paraId="3A75A279" w14:textId="77777777" w:rsidR="008A2A8B" w:rsidRDefault="008A2A8B"/>
        </w:tc>
      </w:tr>
      <w:tr w:rsidR="008A2A8B" w14:paraId="5BB6F784" w14:textId="77777777">
        <w:trPr>
          <w:jc w:val="center"/>
        </w:trPr>
        <w:tc>
          <w:tcPr>
            <w:tcW w:w="3402" w:type="dxa"/>
            <w:vAlign w:val="center"/>
          </w:tcPr>
          <w:p w14:paraId="28ED2414" w14:textId="77777777" w:rsidR="008A2A8B" w:rsidRDefault="00BD6BA5">
            <w:r>
              <w:rPr>
                <w:sz w:val="17"/>
              </w:rPr>
              <w:t>Codice fiscale richiedente</w:t>
            </w:r>
          </w:p>
        </w:tc>
        <w:tc>
          <w:tcPr>
            <w:tcW w:w="6803" w:type="dxa"/>
            <w:vAlign w:val="center"/>
          </w:tcPr>
          <w:p w14:paraId="2C8DEC82" w14:textId="77777777" w:rsidR="008A2A8B" w:rsidRDefault="008A2A8B"/>
        </w:tc>
      </w:tr>
      <w:tr w:rsidR="008A2A8B" w14:paraId="1E7203CB" w14:textId="77777777">
        <w:trPr>
          <w:jc w:val="center"/>
        </w:trPr>
        <w:tc>
          <w:tcPr>
            <w:tcW w:w="3402" w:type="dxa"/>
            <w:vAlign w:val="center"/>
          </w:tcPr>
          <w:p w14:paraId="154256F3" w14:textId="77777777" w:rsidR="008A2A8B" w:rsidRDefault="00BD6BA5">
            <w:r>
              <w:rPr>
                <w:sz w:val="17"/>
              </w:rPr>
              <w:t>Telefono</w:t>
            </w:r>
          </w:p>
        </w:tc>
        <w:tc>
          <w:tcPr>
            <w:tcW w:w="6803" w:type="dxa"/>
            <w:vAlign w:val="center"/>
          </w:tcPr>
          <w:p w14:paraId="2D0E7382" w14:textId="77777777" w:rsidR="008A2A8B" w:rsidRDefault="008A2A8B"/>
        </w:tc>
      </w:tr>
      <w:tr w:rsidR="008A2A8B" w14:paraId="55C28E3C" w14:textId="77777777">
        <w:trPr>
          <w:jc w:val="center"/>
        </w:trPr>
        <w:tc>
          <w:tcPr>
            <w:tcW w:w="3402" w:type="dxa"/>
            <w:vAlign w:val="center"/>
          </w:tcPr>
          <w:p w14:paraId="170833C1" w14:textId="77777777" w:rsidR="008A2A8B" w:rsidRDefault="00BD6BA5">
            <w:r>
              <w:rPr>
                <w:sz w:val="17"/>
              </w:rPr>
              <w:t>E-mail / PEC</w:t>
            </w:r>
          </w:p>
        </w:tc>
        <w:tc>
          <w:tcPr>
            <w:tcW w:w="6803" w:type="dxa"/>
            <w:vAlign w:val="center"/>
          </w:tcPr>
          <w:p w14:paraId="30B61EA6" w14:textId="77777777" w:rsidR="008A2A8B" w:rsidRDefault="008A2A8B"/>
        </w:tc>
      </w:tr>
      <w:tr w:rsidR="008A2A8B" w14:paraId="365763DD" w14:textId="77777777">
        <w:trPr>
          <w:jc w:val="center"/>
        </w:trPr>
        <w:tc>
          <w:tcPr>
            <w:tcW w:w="3402" w:type="dxa"/>
            <w:vAlign w:val="center"/>
          </w:tcPr>
          <w:p w14:paraId="23D77C06" w14:textId="77777777" w:rsidR="008A2A8B" w:rsidRDefault="00BD6BA5">
            <w:r>
              <w:rPr>
                <w:sz w:val="17"/>
              </w:rPr>
              <w:t>Referente operativo durante l'evento, se diverso</w:t>
            </w:r>
          </w:p>
        </w:tc>
        <w:tc>
          <w:tcPr>
            <w:tcW w:w="6803" w:type="dxa"/>
            <w:vAlign w:val="center"/>
          </w:tcPr>
          <w:p w14:paraId="1CBDBF0F" w14:textId="77777777" w:rsidR="008A2A8B" w:rsidRDefault="008A2A8B"/>
        </w:tc>
      </w:tr>
      <w:tr w:rsidR="008A2A8B" w14:paraId="74CC56F1" w14:textId="77777777">
        <w:trPr>
          <w:jc w:val="center"/>
        </w:trPr>
        <w:tc>
          <w:tcPr>
            <w:tcW w:w="3402" w:type="dxa"/>
            <w:vAlign w:val="center"/>
          </w:tcPr>
          <w:p w14:paraId="519EDEB7" w14:textId="77777777" w:rsidR="008A2A8B" w:rsidRDefault="00BD6BA5">
            <w:r>
              <w:rPr>
                <w:sz w:val="17"/>
              </w:rPr>
              <w:t>Cellulare referente operativo</w:t>
            </w:r>
          </w:p>
        </w:tc>
        <w:tc>
          <w:tcPr>
            <w:tcW w:w="6803" w:type="dxa"/>
            <w:vAlign w:val="center"/>
          </w:tcPr>
          <w:p w14:paraId="56D2EC9E" w14:textId="77777777" w:rsidR="008A2A8B" w:rsidRDefault="008A2A8B"/>
        </w:tc>
      </w:tr>
    </w:tbl>
    <w:p w14:paraId="5E304AD1" w14:textId="77777777" w:rsidR="008A2A8B" w:rsidRDefault="008A2A8B">
      <w:pPr>
        <w:spacing w:after="40"/>
      </w:pPr>
    </w:p>
    <w:p w14:paraId="7DB32A16" w14:textId="77777777" w:rsidR="008A2A8B" w:rsidRDefault="00BD6BA5">
      <w:pPr>
        <w:pStyle w:val="Titolo2"/>
        <w:spacing w:before="120" w:after="80"/>
      </w:pPr>
      <w:r>
        <w:t>2. Dati essenziali dell'evento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6803"/>
      </w:tblGrid>
      <w:tr w:rsidR="008A2A8B" w14:paraId="14A80D14" w14:textId="77777777">
        <w:trPr>
          <w:jc w:val="center"/>
        </w:trPr>
        <w:tc>
          <w:tcPr>
            <w:tcW w:w="3402" w:type="dxa"/>
            <w:shd w:val="clear" w:color="auto" w:fill="D9EAF7"/>
            <w:vAlign w:val="center"/>
          </w:tcPr>
          <w:p w14:paraId="5D6278FD" w14:textId="77777777" w:rsidR="008A2A8B" w:rsidRDefault="00BD6BA5">
            <w:r>
              <w:rPr>
                <w:b/>
                <w:sz w:val="17"/>
              </w:rPr>
              <w:t>Campo</w:t>
            </w:r>
          </w:p>
        </w:tc>
        <w:tc>
          <w:tcPr>
            <w:tcW w:w="6803" w:type="dxa"/>
            <w:shd w:val="clear" w:color="auto" w:fill="D9EAF7"/>
            <w:vAlign w:val="center"/>
          </w:tcPr>
          <w:p w14:paraId="25C86A70" w14:textId="77777777" w:rsidR="008A2A8B" w:rsidRDefault="00BD6BA5">
            <w:r>
              <w:rPr>
                <w:b/>
                <w:sz w:val="17"/>
              </w:rPr>
              <w:t>Da compilare</w:t>
            </w:r>
          </w:p>
        </w:tc>
      </w:tr>
      <w:tr w:rsidR="008A2A8B" w14:paraId="00F65AC6" w14:textId="77777777">
        <w:trPr>
          <w:jc w:val="center"/>
        </w:trPr>
        <w:tc>
          <w:tcPr>
            <w:tcW w:w="3402" w:type="dxa"/>
            <w:vAlign w:val="center"/>
          </w:tcPr>
          <w:p w14:paraId="0E0A6932" w14:textId="77777777" w:rsidR="008A2A8B" w:rsidRDefault="00BD6BA5">
            <w:r>
              <w:rPr>
                <w:sz w:val="17"/>
              </w:rPr>
              <w:t>Denominazione evento</w:t>
            </w:r>
          </w:p>
        </w:tc>
        <w:tc>
          <w:tcPr>
            <w:tcW w:w="6803" w:type="dxa"/>
            <w:vAlign w:val="center"/>
          </w:tcPr>
          <w:p w14:paraId="40726E18" w14:textId="77777777" w:rsidR="008A2A8B" w:rsidRDefault="008A2A8B"/>
        </w:tc>
      </w:tr>
      <w:tr w:rsidR="008A2A8B" w14:paraId="5FB06494" w14:textId="77777777">
        <w:trPr>
          <w:jc w:val="center"/>
        </w:trPr>
        <w:tc>
          <w:tcPr>
            <w:tcW w:w="3402" w:type="dxa"/>
            <w:vAlign w:val="center"/>
          </w:tcPr>
          <w:p w14:paraId="06051F6C" w14:textId="77777777" w:rsidR="008A2A8B" w:rsidRDefault="00BD6BA5">
            <w:r>
              <w:rPr>
                <w:sz w:val="17"/>
              </w:rPr>
              <w:t>Data / date di svolgimento</w:t>
            </w:r>
          </w:p>
        </w:tc>
        <w:tc>
          <w:tcPr>
            <w:tcW w:w="6803" w:type="dxa"/>
            <w:vAlign w:val="center"/>
          </w:tcPr>
          <w:p w14:paraId="0D931C46" w14:textId="77777777" w:rsidR="008A2A8B" w:rsidRDefault="008A2A8B"/>
        </w:tc>
      </w:tr>
      <w:tr w:rsidR="008A2A8B" w14:paraId="212AC27E" w14:textId="77777777">
        <w:trPr>
          <w:jc w:val="center"/>
        </w:trPr>
        <w:tc>
          <w:tcPr>
            <w:tcW w:w="3402" w:type="dxa"/>
            <w:vAlign w:val="center"/>
          </w:tcPr>
          <w:p w14:paraId="0D0F76B7" w14:textId="77777777" w:rsidR="008A2A8B" w:rsidRDefault="00BD6BA5">
            <w:r>
              <w:rPr>
                <w:sz w:val="17"/>
              </w:rPr>
              <w:t>Orario di inizio</w:t>
            </w:r>
          </w:p>
        </w:tc>
        <w:tc>
          <w:tcPr>
            <w:tcW w:w="6803" w:type="dxa"/>
            <w:vAlign w:val="center"/>
          </w:tcPr>
          <w:p w14:paraId="2549F438" w14:textId="77777777" w:rsidR="008A2A8B" w:rsidRDefault="008A2A8B"/>
        </w:tc>
      </w:tr>
      <w:tr w:rsidR="008A2A8B" w14:paraId="2A5CD8C0" w14:textId="77777777">
        <w:trPr>
          <w:jc w:val="center"/>
        </w:trPr>
        <w:tc>
          <w:tcPr>
            <w:tcW w:w="3402" w:type="dxa"/>
            <w:vAlign w:val="center"/>
          </w:tcPr>
          <w:p w14:paraId="00740D75" w14:textId="77777777" w:rsidR="008A2A8B" w:rsidRDefault="00BD6BA5">
            <w:r>
              <w:rPr>
                <w:sz w:val="17"/>
              </w:rPr>
              <w:t>Orario di fine</w:t>
            </w:r>
          </w:p>
        </w:tc>
        <w:tc>
          <w:tcPr>
            <w:tcW w:w="6803" w:type="dxa"/>
            <w:vAlign w:val="center"/>
          </w:tcPr>
          <w:p w14:paraId="7F34DF06" w14:textId="77777777" w:rsidR="008A2A8B" w:rsidRDefault="008A2A8B"/>
        </w:tc>
      </w:tr>
      <w:tr w:rsidR="008A2A8B" w14:paraId="1C8CEA8E" w14:textId="77777777">
        <w:trPr>
          <w:jc w:val="center"/>
        </w:trPr>
        <w:tc>
          <w:tcPr>
            <w:tcW w:w="3402" w:type="dxa"/>
            <w:vAlign w:val="center"/>
          </w:tcPr>
          <w:p w14:paraId="46F40E99" w14:textId="77777777" w:rsidR="008A2A8B" w:rsidRDefault="00BD6BA5">
            <w:r>
              <w:rPr>
                <w:sz w:val="17"/>
              </w:rPr>
              <w:t>Luogo esatto</w:t>
            </w:r>
          </w:p>
        </w:tc>
        <w:tc>
          <w:tcPr>
            <w:tcW w:w="6803" w:type="dxa"/>
            <w:vAlign w:val="center"/>
          </w:tcPr>
          <w:p w14:paraId="1BE0DD0D" w14:textId="77777777" w:rsidR="008A2A8B" w:rsidRDefault="008A2A8B"/>
        </w:tc>
      </w:tr>
      <w:tr w:rsidR="008A2A8B" w14:paraId="3E5B5306" w14:textId="77777777">
        <w:trPr>
          <w:jc w:val="center"/>
        </w:trPr>
        <w:tc>
          <w:tcPr>
            <w:tcW w:w="3402" w:type="dxa"/>
            <w:vAlign w:val="center"/>
          </w:tcPr>
          <w:p w14:paraId="650F1137" w14:textId="77777777" w:rsidR="008A2A8B" w:rsidRDefault="00BD6BA5">
            <w:r>
              <w:rPr>
                <w:sz w:val="17"/>
              </w:rPr>
              <w:t>Area pubblica / privata / edificio comunale</w:t>
            </w:r>
          </w:p>
        </w:tc>
        <w:tc>
          <w:tcPr>
            <w:tcW w:w="6803" w:type="dxa"/>
            <w:vAlign w:val="center"/>
          </w:tcPr>
          <w:p w14:paraId="0E145DB3" w14:textId="77777777" w:rsidR="008A2A8B" w:rsidRDefault="008A2A8B"/>
        </w:tc>
      </w:tr>
      <w:tr w:rsidR="008A2A8B" w14:paraId="12684AA7" w14:textId="77777777">
        <w:trPr>
          <w:jc w:val="center"/>
        </w:trPr>
        <w:tc>
          <w:tcPr>
            <w:tcW w:w="3402" w:type="dxa"/>
            <w:vAlign w:val="center"/>
          </w:tcPr>
          <w:p w14:paraId="508CF375" w14:textId="77777777" w:rsidR="008A2A8B" w:rsidRDefault="00BD6BA5">
            <w:r>
              <w:rPr>
                <w:sz w:val="17"/>
              </w:rPr>
              <w:t>Numero stimato partecipanti</w:t>
            </w:r>
          </w:p>
        </w:tc>
        <w:tc>
          <w:tcPr>
            <w:tcW w:w="6803" w:type="dxa"/>
            <w:vAlign w:val="center"/>
          </w:tcPr>
          <w:p w14:paraId="4A64A705" w14:textId="77777777" w:rsidR="008A2A8B" w:rsidRDefault="008A2A8B"/>
        </w:tc>
      </w:tr>
      <w:tr w:rsidR="008A2A8B" w14:paraId="262AE31B" w14:textId="77777777">
        <w:trPr>
          <w:jc w:val="center"/>
        </w:trPr>
        <w:tc>
          <w:tcPr>
            <w:tcW w:w="3402" w:type="dxa"/>
            <w:vAlign w:val="center"/>
          </w:tcPr>
          <w:p w14:paraId="4604A85B" w14:textId="77777777" w:rsidR="008A2A8B" w:rsidRDefault="00BD6BA5">
            <w:r>
              <w:rPr>
                <w:sz w:val="17"/>
              </w:rPr>
              <w:t>Ingresso libero / a pagamento / offerta</w:t>
            </w:r>
          </w:p>
        </w:tc>
        <w:tc>
          <w:tcPr>
            <w:tcW w:w="6803" w:type="dxa"/>
            <w:vAlign w:val="center"/>
          </w:tcPr>
          <w:p w14:paraId="3BBB9409" w14:textId="77777777" w:rsidR="008A2A8B" w:rsidRDefault="008A2A8B"/>
        </w:tc>
      </w:tr>
      <w:tr w:rsidR="008A2A8B" w14:paraId="318E4902" w14:textId="77777777">
        <w:trPr>
          <w:jc w:val="center"/>
        </w:trPr>
        <w:tc>
          <w:tcPr>
            <w:tcW w:w="3402" w:type="dxa"/>
            <w:vAlign w:val="center"/>
          </w:tcPr>
          <w:p w14:paraId="5657415F" w14:textId="77777777" w:rsidR="008A2A8B" w:rsidRDefault="00BD6BA5">
            <w:r>
              <w:rPr>
                <w:sz w:val="17"/>
              </w:rPr>
              <w:t>Descrizione sintetica dell'iniziativa</w:t>
            </w:r>
          </w:p>
        </w:tc>
        <w:tc>
          <w:tcPr>
            <w:tcW w:w="6803" w:type="dxa"/>
            <w:vAlign w:val="center"/>
          </w:tcPr>
          <w:p w14:paraId="6C73CD0C" w14:textId="77777777" w:rsidR="008A2A8B" w:rsidRDefault="008A2A8B"/>
        </w:tc>
      </w:tr>
      <w:tr w:rsidR="008A2A8B" w14:paraId="0FF9EAA2" w14:textId="77777777">
        <w:trPr>
          <w:jc w:val="center"/>
        </w:trPr>
        <w:tc>
          <w:tcPr>
            <w:tcW w:w="3402" w:type="dxa"/>
            <w:vAlign w:val="center"/>
          </w:tcPr>
          <w:p w14:paraId="3A93B11C" w14:textId="77777777" w:rsidR="008A2A8B" w:rsidRDefault="00BD6BA5">
            <w:r>
              <w:rPr>
                <w:sz w:val="17"/>
              </w:rPr>
              <w:t>Programma allegato</w:t>
            </w:r>
          </w:p>
        </w:tc>
        <w:tc>
          <w:tcPr>
            <w:tcW w:w="6803" w:type="dxa"/>
            <w:vAlign w:val="center"/>
          </w:tcPr>
          <w:p w14:paraId="4EFE61C7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652D9D52" w14:textId="77777777">
        <w:trPr>
          <w:jc w:val="center"/>
        </w:trPr>
        <w:tc>
          <w:tcPr>
            <w:tcW w:w="3402" w:type="dxa"/>
            <w:vAlign w:val="center"/>
          </w:tcPr>
          <w:p w14:paraId="01AB0C71" w14:textId="77777777" w:rsidR="008A2A8B" w:rsidRDefault="00BD6BA5">
            <w:r>
              <w:rPr>
                <w:sz w:val="17"/>
              </w:rPr>
              <w:t>Planimetria o schema area allegato</w:t>
            </w:r>
          </w:p>
        </w:tc>
        <w:tc>
          <w:tcPr>
            <w:tcW w:w="6803" w:type="dxa"/>
            <w:vAlign w:val="center"/>
          </w:tcPr>
          <w:p w14:paraId="1A08F863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</w:tbl>
    <w:p w14:paraId="21F93BD7" w14:textId="77777777" w:rsidR="008A2A8B" w:rsidRDefault="008A2A8B">
      <w:pPr>
        <w:spacing w:after="40"/>
      </w:pPr>
    </w:p>
    <w:p w14:paraId="717973E7" w14:textId="77777777" w:rsidR="008A2A8B" w:rsidRDefault="00BD6BA5">
      <w:pPr>
        <w:pStyle w:val="Titolo2"/>
        <w:spacing w:before="120" w:after="80"/>
      </w:pPr>
      <w:r>
        <w:t>3. Componenti dell'evento - barrare ciò che ricorre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252"/>
        <w:gridCol w:w="1814"/>
        <w:gridCol w:w="4139"/>
      </w:tblGrid>
      <w:tr w:rsidR="008A2A8B" w14:paraId="6D55900F" w14:textId="77777777">
        <w:trPr>
          <w:jc w:val="center"/>
        </w:trPr>
        <w:tc>
          <w:tcPr>
            <w:tcW w:w="4252" w:type="dxa"/>
            <w:shd w:val="clear" w:color="auto" w:fill="D9EAF7"/>
            <w:vAlign w:val="center"/>
          </w:tcPr>
          <w:p w14:paraId="5B606C16" w14:textId="77777777" w:rsidR="008A2A8B" w:rsidRDefault="00BD6BA5">
            <w:r>
              <w:rPr>
                <w:b/>
                <w:sz w:val="16"/>
              </w:rPr>
              <w:t>Verifica</w:t>
            </w:r>
          </w:p>
        </w:tc>
        <w:tc>
          <w:tcPr>
            <w:tcW w:w="1814" w:type="dxa"/>
            <w:shd w:val="clear" w:color="auto" w:fill="D9EAF7"/>
            <w:vAlign w:val="center"/>
          </w:tcPr>
          <w:p w14:paraId="1D1F7BE9" w14:textId="77777777" w:rsidR="008A2A8B" w:rsidRDefault="00BD6BA5">
            <w:r>
              <w:rPr>
                <w:b/>
                <w:sz w:val="16"/>
              </w:rPr>
              <w:t>Risposta</w:t>
            </w:r>
          </w:p>
        </w:tc>
        <w:tc>
          <w:tcPr>
            <w:tcW w:w="4139" w:type="dxa"/>
            <w:shd w:val="clear" w:color="auto" w:fill="D9EAF7"/>
            <w:vAlign w:val="center"/>
          </w:tcPr>
          <w:p w14:paraId="5BE14D0B" w14:textId="77777777" w:rsidR="008A2A8B" w:rsidRDefault="00BD6BA5">
            <w:r>
              <w:rPr>
                <w:b/>
                <w:sz w:val="16"/>
              </w:rPr>
              <w:t>Allegato da compilare</w:t>
            </w:r>
          </w:p>
        </w:tc>
      </w:tr>
      <w:tr w:rsidR="008A2A8B" w14:paraId="633EDBCC" w14:textId="77777777">
        <w:trPr>
          <w:jc w:val="center"/>
        </w:trPr>
        <w:tc>
          <w:tcPr>
            <w:tcW w:w="4252" w:type="dxa"/>
            <w:vAlign w:val="center"/>
          </w:tcPr>
          <w:p w14:paraId="06849354" w14:textId="77777777" w:rsidR="008A2A8B" w:rsidRDefault="00BD6BA5">
            <w:r>
              <w:rPr>
                <w:sz w:val="16"/>
              </w:rPr>
              <w:t>Sono previsti alimenti o bevande?</w:t>
            </w:r>
          </w:p>
        </w:tc>
        <w:tc>
          <w:tcPr>
            <w:tcW w:w="1814" w:type="dxa"/>
            <w:vAlign w:val="center"/>
          </w:tcPr>
          <w:p w14:paraId="2714A501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5E0AE6A3" w14:textId="77777777" w:rsidR="008A2A8B" w:rsidRDefault="00BD6BA5">
            <w:r>
              <w:rPr>
                <w:sz w:val="16"/>
              </w:rPr>
              <w:t>Se sì: Allegato A</w:t>
            </w:r>
          </w:p>
        </w:tc>
      </w:tr>
      <w:tr w:rsidR="008A2A8B" w14:paraId="3BA77835" w14:textId="77777777">
        <w:trPr>
          <w:jc w:val="center"/>
        </w:trPr>
        <w:tc>
          <w:tcPr>
            <w:tcW w:w="4252" w:type="dxa"/>
            <w:vAlign w:val="center"/>
          </w:tcPr>
          <w:p w14:paraId="7D83001D" w14:textId="77777777" w:rsidR="008A2A8B" w:rsidRDefault="00BD6BA5">
            <w:r>
              <w:rPr>
                <w:sz w:val="16"/>
              </w:rPr>
              <w:t>Sono previsti musica, spettacolo, DJ set, ballo o intrattenimento?</w:t>
            </w:r>
          </w:p>
        </w:tc>
        <w:tc>
          <w:tcPr>
            <w:tcW w:w="1814" w:type="dxa"/>
            <w:vAlign w:val="center"/>
          </w:tcPr>
          <w:p w14:paraId="25A86507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48388733" w14:textId="77777777" w:rsidR="008A2A8B" w:rsidRDefault="00BD6BA5">
            <w:r>
              <w:rPr>
                <w:sz w:val="16"/>
              </w:rPr>
              <w:t>Se sì: Allegato B</w:t>
            </w:r>
          </w:p>
        </w:tc>
      </w:tr>
      <w:tr w:rsidR="008A2A8B" w14:paraId="793F9EF0" w14:textId="77777777">
        <w:trPr>
          <w:jc w:val="center"/>
        </w:trPr>
        <w:tc>
          <w:tcPr>
            <w:tcW w:w="4252" w:type="dxa"/>
            <w:vAlign w:val="center"/>
          </w:tcPr>
          <w:p w14:paraId="22BB6A70" w14:textId="77777777" w:rsidR="008A2A8B" w:rsidRDefault="00BD6BA5">
            <w:r>
              <w:rPr>
                <w:sz w:val="16"/>
              </w:rPr>
              <w:t>L'evento occupa suolo pubblico o beni comunali?</w:t>
            </w:r>
          </w:p>
        </w:tc>
        <w:tc>
          <w:tcPr>
            <w:tcW w:w="1814" w:type="dxa"/>
            <w:vAlign w:val="center"/>
          </w:tcPr>
          <w:p w14:paraId="0AEF14B8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10FA9C01" w14:textId="77777777" w:rsidR="008A2A8B" w:rsidRDefault="00BD6BA5">
            <w:r>
              <w:rPr>
                <w:sz w:val="16"/>
              </w:rPr>
              <w:t>Se sì: Allegato C</w:t>
            </w:r>
          </w:p>
        </w:tc>
      </w:tr>
      <w:tr w:rsidR="008A2A8B" w14:paraId="152A52BB" w14:textId="77777777">
        <w:trPr>
          <w:jc w:val="center"/>
        </w:trPr>
        <w:tc>
          <w:tcPr>
            <w:tcW w:w="4252" w:type="dxa"/>
            <w:vAlign w:val="center"/>
          </w:tcPr>
          <w:p w14:paraId="18C14F75" w14:textId="77777777" w:rsidR="008A2A8B" w:rsidRDefault="00BD6BA5">
            <w:r>
              <w:rPr>
                <w:sz w:val="16"/>
              </w:rPr>
              <w:t>Sono richieste chiusure strade, divieti di sosta o modifiche viabilità?</w:t>
            </w:r>
          </w:p>
        </w:tc>
        <w:tc>
          <w:tcPr>
            <w:tcW w:w="1814" w:type="dxa"/>
            <w:vAlign w:val="center"/>
          </w:tcPr>
          <w:p w14:paraId="4B11EF21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0A0FA49A" w14:textId="77777777" w:rsidR="008A2A8B" w:rsidRDefault="00BD6BA5">
            <w:r>
              <w:rPr>
                <w:sz w:val="16"/>
              </w:rPr>
              <w:t>Se sì: Allegato C</w:t>
            </w:r>
          </w:p>
        </w:tc>
      </w:tr>
      <w:tr w:rsidR="008A2A8B" w14:paraId="354FCF11" w14:textId="77777777">
        <w:trPr>
          <w:jc w:val="center"/>
        </w:trPr>
        <w:tc>
          <w:tcPr>
            <w:tcW w:w="4252" w:type="dxa"/>
            <w:vAlign w:val="center"/>
          </w:tcPr>
          <w:p w14:paraId="13B49EE9" w14:textId="77777777" w:rsidR="008A2A8B" w:rsidRDefault="00BD6BA5">
            <w:r>
              <w:rPr>
                <w:sz w:val="16"/>
              </w:rPr>
              <w:t>Sono previsti gazebo, palco, transenne, impianti elettrici o audio/luci?</w:t>
            </w:r>
          </w:p>
        </w:tc>
        <w:tc>
          <w:tcPr>
            <w:tcW w:w="1814" w:type="dxa"/>
            <w:vAlign w:val="center"/>
          </w:tcPr>
          <w:p w14:paraId="1341155B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42DD0D30" w14:textId="77777777" w:rsidR="008A2A8B" w:rsidRDefault="00BD6BA5">
            <w:r>
              <w:rPr>
                <w:sz w:val="16"/>
              </w:rPr>
              <w:t>Se sì: Allegato C</w:t>
            </w:r>
          </w:p>
        </w:tc>
      </w:tr>
      <w:tr w:rsidR="008A2A8B" w14:paraId="4D4542CC" w14:textId="77777777">
        <w:trPr>
          <w:jc w:val="center"/>
        </w:trPr>
        <w:tc>
          <w:tcPr>
            <w:tcW w:w="4252" w:type="dxa"/>
            <w:vAlign w:val="center"/>
          </w:tcPr>
          <w:p w14:paraId="51C796D7" w14:textId="77777777" w:rsidR="008A2A8B" w:rsidRDefault="00BD6BA5">
            <w:r>
              <w:rPr>
                <w:sz w:val="16"/>
              </w:rPr>
              <w:t>È previsto falò, fuoco o accensione controllata?</w:t>
            </w:r>
          </w:p>
        </w:tc>
        <w:tc>
          <w:tcPr>
            <w:tcW w:w="1814" w:type="dxa"/>
            <w:vAlign w:val="center"/>
          </w:tcPr>
          <w:p w14:paraId="70F2A3DF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2785A630" w14:textId="77777777" w:rsidR="008A2A8B" w:rsidRDefault="00BD6BA5">
            <w:r>
              <w:rPr>
                <w:sz w:val="16"/>
              </w:rPr>
              <w:t>Se sì: Allegato D</w:t>
            </w:r>
          </w:p>
        </w:tc>
      </w:tr>
      <w:tr w:rsidR="008A2A8B" w14:paraId="4CC43FE9" w14:textId="77777777">
        <w:trPr>
          <w:jc w:val="center"/>
        </w:trPr>
        <w:tc>
          <w:tcPr>
            <w:tcW w:w="4252" w:type="dxa"/>
            <w:vAlign w:val="center"/>
          </w:tcPr>
          <w:p w14:paraId="75207142" w14:textId="77777777" w:rsidR="008A2A8B" w:rsidRDefault="00BD6BA5">
            <w:r>
              <w:rPr>
                <w:sz w:val="16"/>
              </w:rPr>
              <w:t>L'evento è aperto al pubblico?</w:t>
            </w:r>
          </w:p>
        </w:tc>
        <w:tc>
          <w:tcPr>
            <w:tcW w:w="1814" w:type="dxa"/>
            <w:vAlign w:val="center"/>
          </w:tcPr>
          <w:p w14:paraId="78A5F96B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125E753C" w14:textId="77777777" w:rsidR="008A2A8B" w:rsidRDefault="00BD6BA5">
            <w:r>
              <w:rPr>
                <w:sz w:val="16"/>
              </w:rPr>
              <w:t>Se sì: Allegato E, se richiesto dall'ufficio</w:t>
            </w:r>
          </w:p>
        </w:tc>
      </w:tr>
      <w:tr w:rsidR="008A2A8B" w14:paraId="6ED4A100" w14:textId="77777777">
        <w:trPr>
          <w:jc w:val="center"/>
        </w:trPr>
        <w:tc>
          <w:tcPr>
            <w:tcW w:w="4252" w:type="dxa"/>
            <w:vAlign w:val="center"/>
          </w:tcPr>
          <w:p w14:paraId="1FD4A191" w14:textId="77777777" w:rsidR="008A2A8B" w:rsidRDefault="00BD6BA5">
            <w:r>
              <w:rPr>
                <w:sz w:val="16"/>
              </w:rPr>
              <w:t>È richiesto patrocinio, contributo o supporto del Comune?</w:t>
            </w:r>
          </w:p>
        </w:tc>
        <w:tc>
          <w:tcPr>
            <w:tcW w:w="1814" w:type="dxa"/>
            <w:vAlign w:val="center"/>
          </w:tcPr>
          <w:p w14:paraId="3B46FBF0" w14:textId="77777777" w:rsidR="008A2A8B" w:rsidRDefault="00BD6BA5"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sì   ☐ no</w:t>
            </w:r>
          </w:p>
        </w:tc>
        <w:tc>
          <w:tcPr>
            <w:tcW w:w="4139" w:type="dxa"/>
            <w:vAlign w:val="center"/>
          </w:tcPr>
          <w:p w14:paraId="2D3BEBDF" w14:textId="77777777" w:rsidR="008A2A8B" w:rsidRDefault="00BD6BA5">
            <w:r>
              <w:rPr>
                <w:sz w:val="16"/>
              </w:rPr>
              <w:t>Eventuale istanza separata, se prevista</w:t>
            </w:r>
          </w:p>
        </w:tc>
      </w:tr>
    </w:tbl>
    <w:p w14:paraId="6E3178C7" w14:textId="77777777" w:rsidR="008A2A8B" w:rsidRDefault="008A2A8B">
      <w:pPr>
        <w:spacing w:after="40"/>
      </w:pPr>
    </w:p>
    <w:p w14:paraId="7AF36D30" w14:textId="77777777" w:rsidR="008A2A8B" w:rsidRDefault="00BD6BA5">
      <w:pPr>
        <w:pStyle w:val="Titolo2"/>
        <w:spacing w:before="120" w:after="80"/>
      </w:pPr>
      <w:r>
        <w:t>4. Dichiarazioni generali dell'organizzatore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0205"/>
      </w:tblGrid>
      <w:tr w:rsidR="008A2A8B" w14:paraId="063DB19A" w14:textId="77777777">
        <w:trPr>
          <w:jc w:val="center"/>
        </w:trPr>
        <w:tc>
          <w:tcPr>
            <w:tcW w:w="10205" w:type="dxa"/>
            <w:shd w:val="clear" w:color="auto" w:fill="D9EAF7"/>
            <w:vAlign w:val="center"/>
          </w:tcPr>
          <w:p w14:paraId="67B0D73A" w14:textId="77777777" w:rsidR="008A2A8B" w:rsidRDefault="00BD6BA5">
            <w:r>
              <w:rPr>
                <w:b/>
                <w:sz w:val="17"/>
              </w:rPr>
              <w:t>Dichiarazione</w:t>
            </w:r>
          </w:p>
        </w:tc>
      </w:tr>
      <w:tr w:rsidR="008A2A8B" w14:paraId="48785CC2" w14:textId="77777777">
        <w:trPr>
          <w:jc w:val="center"/>
        </w:trPr>
        <w:tc>
          <w:tcPr>
            <w:tcW w:w="10205" w:type="dxa"/>
            <w:vAlign w:val="center"/>
          </w:tcPr>
          <w:p w14:paraId="07D31925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assumere la responsabilità dell'organizzazione e della gestione dell'evento;</w:t>
            </w:r>
          </w:p>
        </w:tc>
      </w:tr>
      <w:tr w:rsidR="008A2A8B" w14:paraId="1A0CBE7D" w14:textId="77777777">
        <w:trPr>
          <w:jc w:val="center"/>
        </w:trPr>
        <w:tc>
          <w:tcPr>
            <w:tcW w:w="10205" w:type="dxa"/>
            <w:vAlign w:val="center"/>
          </w:tcPr>
          <w:p w14:paraId="4C8B60C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rispettare le prescrizioni impartite dal Comune, dalla Polizia Locale, dall'ASL e dagli altri enti competenti;</w:t>
            </w:r>
          </w:p>
        </w:tc>
      </w:tr>
      <w:tr w:rsidR="008A2A8B" w14:paraId="3D57A418" w14:textId="77777777">
        <w:trPr>
          <w:jc w:val="center"/>
        </w:trPr>
        <w:tc>
          <w:tcPr>
            <w:tcW w:w="10205" w:type="dxa"/>
            <w:vAlign w:val="center"/>
          </w:tcPr>
          <w:p w14:paraId="75F46F1D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garantire il ripristino, la pulizia e la riconsegna dell'area al termine dell'iniziativa;</w:t>
            </w:r>
          </w:p>
        </w:tc>
      </w:tr>
      <w:tr w:rsidR="008A2A8B" w14:paraId="1C6C9C4B" w14:textId="77777777">
        <w:trPr>
          <w:jc w:val="center"/>
        </w:trPr>
        <w:tc>
          <w:tcPr>
            <w:tcW w:w="10205" w:type="dxa"/>
            <w:vAlign w:val="center"/>
          </w:tcPr>
          <w:p w14:paraId="663F109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non modificare programma, orari, area o allestimenti senza preventiva comunicazione/autorizzazione;</w:t>
            </w:r>
          </w:p>
        </w:tc>
      </w:tr>
      <w:tr w:rsidR="008A2A8B" w14:paraId="68570F90" w14:textId="77777777">
        <w:trPr>
          <w:jc w:val="center"/>
        </w:trPr>
        <w:tc>
          <w:tcPr>
            <w:tcW w:w="10205" w:type="dxa"/>
            <w:vAlign w:val="center"/>
          </w:tcPr>
          <w:p w14:paraId="0DB4B381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sospendere o adeguare l'evento in caso di condizioni di sicurezza non compatibili;</w:t>
            </w:r>
          </w:p>
        </w:tc>
      </w:tr>
      <w:tr w:rsidR="008A2A8B" w14:paraId="783F10DA" w14:textId="77777777">
        <w:trPr>
          <w:jc w:val="center"/>
        </w:trPr>
        <w:tc>
          <w:tcPr>
            <w:tcW w:w="10205" w:type="dxa"/>
            <w:vAlign w:val="center"/>
          </w:tcPr>
          <w:p w14:paraId="6EFCEDE3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di essere consapevole che la presente richiesta non sostituisce eventuali SCIA, autorizzazioni, nulla osta o comunicazioni previsti dalla normativa vigente.</w:t>
            </w:r>
          </w:p>
        </w:tc>
      </w:tr>
    </w:tbl>
    <w:p w14:paraId="267670E9" w14:textId="77777777" w:rsidR="008A2A8B" w:rsidRDefault="008A2A8B">
      <w:pPr>
        <w:spacing w:after="40"/>
      </w:pPr>
    </w:p>
    <w:p w14:paraId="28D65BE9" w14:textId="77777777" w:rsidR="008A2A8B" w:rsidRDefault="00BD6BA5">
      <w:pPr>
        <w:pStyle w:val="Titolo2"/>
        <w:spacing w:before="120" w:after="80"/>
      </w:pPr>
      <w:r>
        <w:lastRenderedPageBreak/>
        <w:t>5. Allegati al modulo base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6803"/>
        <w:gridCol w:w="3402"/>
      </w:tblGrid>
      <w:tr w:rsidR="008A2A8B" w14:paraId="45CB9F84" w14:textId="77777777">
        <w:trPr>
          <w:jc w:val="center"/>
        </w:trPr>
        <w:tc>
          <w:tcPr>
            <w:tcW w:w="6803" w:type="dxa"/>
            <w:shd w:val="clear" w:color="auto" w:fill="D9EAF7"/>
            <w:vAlign w:val="center"/>
          </w:tcPr>
          <w:p w14:paraId="4290B523" w14:textId="77777777" w:rsidR="008A2A8B" w:rsidRDefault="00BD6BA5">
            <w:r>
              <w:rPr>
                <w:b/>
                <w:sz w:val="17"/>
              </w:rPr>
              <w:t>Allegato</w:t>
            </w:r>
          </w:p>
        </w:tc>
        <w:tc>
          <w:tcPr>
            <w:tcW w:w="3402" w:type="dxa"/>
            <w:shd w:val="clear" w:color="auto" w:fill="D9EAF7"/>
            <w:vAlign w:val="center"/>
          </w:tcPr>
          <w:p w14:paraId="4481E219" w14:textId="77777777" w:rsidR="008A2A8B" w:rsidRDefault="00BD6BA5">
            <w:r>
              <w:rPr>
                <w:b/>
                <w:sz w:val="17"/>
              </w:rPr>
              <w:t>Presente</w:t>
            </w:r>
          </w:p>
        </w:tc>
      </w:tr>
      <w:tr w:rsidR="008A2A8B" w14:paraId="093EF5B2" w14:textId="77777777">
        <w:trPr>
          <w:jc w:val="center"/>
        </w:trPr>
        <w:tc>
          <w:tcPr>
            <w:tcW w:w="6803" w:type="dxa"/>
            <w:vAlign w:val="center"/>
          </w:tcPr>
          <w:p w14:paraId="2FB35AE7" w14:textId="77777777" w:rsidR="008A2A8B" w:rsidRDefault="00BD6BA5">
            <w:r>
              <w:rPr>
                <w:sz w:val="17"/>
              </w:rPr>
              <w:t>Documento di identità del sottoscrittore</w:t>
            </w:r>
          </w:p>
        </w:tc>
        <w:tc>
          <w:tcPr>
            <w:tcW w:w="3402" w:type="dxa"/>
            <w:vAlign w:val="center"/>
          </w:tcPr>
          <w:p w14:paraId="0EB3227E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7CB4D949" w14:textId="77777777">
        <w:trPr>
          <w:jc w:val="center"/>
        </w:trPr>
        <w:tc>
          <w:tcPr>
            <w:tcW w:w="6803" w:type="dxa"/>
            <w:vAlign w:val="center"/>
          </w:tcPr>
          <w:p w14:paraId="4F6470CD" w14:textId="77777777" w:rsidR="008A2A8B" w:rsidRDefault="00BD6BA5">
            <w:r>
              <w:rPr>
                <w:sz w:val="17"/>
              </w:rPr>
              <w:t>Programma dell'evento</w:t>
            </w:r>
          </w:p>
        </w:tc>
        <w:tc>
          <w:tcPr>
            <w:tcW w:w="3402" w:type="dxa"/>
            <w:vAlign w:val="center"/>
          </w:tcPr>
          <w:p w14:paraId="5B4838B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A97D2A6" w14:textId="77777777">
        <w:trPr>
          <w:jc w:val="center"/>
        </w:trPr>
        <w:tc>
          <w:tcPr>
            <w:tcW w:w="6803" w:type="dxa"/>
            <w:vAlign w:val="center"/>
          </w:tcPr>
          <w:p w14:paraId="4100BBAF" w14:textId="77777777" w:rsidR="008A2A8B" w:rsidRDefault="00BD6BA5">
            <w:r>
              <w:rPr>
                <w:sz w:val="17"/>
              </w:rPr>
              <w:t>Planimetria / schema dell'area</w:t>
            </w:r>
          </w:p>
        </w:tc>
        <w:tc>
          <w:tcPr>
            <w:tcW w:w="3402" w:type="dxa"/>
            <w:vAlign w:val="center"/>
          </w:tcPr>
          <w:p w14:paraId="542CED4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A1EAF2F" w14:textId="77777777">
        <w:trPr>
          <w:jc w:val="center"/>
        </w:trPr>
        <w:tc>
          <w:tcPr>
            <w:tcW w:w="6803" w:type="dxa"/>
            <w:vAlign w:val="center"/>
          </w:tcPr>
          <w:p w14:paraId="0D790EF0" w14:textId="77777777" w:rsidR="008A2A8B" w:rsidRDefault="00BD6BA5">
            <w:r>
              <w:rPr>
                <w:sz w:val="17"/>
              </w:rPr>
              <w:t>Polizza RCT, se richiesta o già disponibile</w:t>
            </w:r>
          </w:p>
        </w:tc>
        <w:tc>
          <w:tcPr>
            <w:tcW w:w="3402" w:type="dxa"/>
            <w:vAlign w:val="center"/>
          </w:tcPr>
          <w:p w14:paraId="783EBE7D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non pertinente</w:t>
            </w:r>
          </w:p>
        </w:tc>
      </w:tr>
      <w:tr w:rsidR="008A2A8B" w14:paraId="136203AE" w14:textId="77777777">
        <w:trPr>
          <w:jc w:val="center"/>
        </w:trPr>
        <w:tc>
          <w:tcPr>
            <w:tcW w:w="6803" w:type="dxa"/>
            <w:vAlign w:val="center"/>
          </w:tcPr>
          <w:p w14:paraId="26335599" w14:textId="77777777" w:rsidR="008A2A8B" w:rsidRDefault="00BD6BA5">
            <w:r>
              <w:rPr>
                <w:sz w:val="17"/>
              </w:rPr>
              <w:t>Ulteriore documentazione</w:t>
            </w:r>
          </w:p>
        </w:tc>
        <w:tc>
          <w:tcPr>
            <w:tcW w:w="3402" w:type="dxa"/>
            <w:vAlign w:val="center"/>
          </w:tcPr>
          <w:p w14:paraId="1A6798EA" w14:textId="77777777" w:rsidR="008A2A8B" w:rsidRDefault="008A2A8B"/>
        </w:tc>
      </w:tr>
    </w:tbl>
    <w:p w14:paraId="3233E64E" w14:textId="77777777" w:rsidR="008A2A8B" w:rsidRDefault="008A2A8B">
      <w:pPr>
        <w:spacing w:after="40"/>
      </w:pPr>
    </w:p>
    <w:p w14:paraId="0C170BBE" w14:textId="77777777" w:rsidR="008A2A8B" w:rsidRDefault="00BD6BA5">
      <w:pPr>
        <w:spacing w:after="60" w:line="240" w:lineRule="auto"/>
      </w:pPr>
      <w:r>
        <w:t>Luogo e data: ____________________________</w:t>
      </w:r>
    </w:p>
    <w:p w14:paraId="6B2A1D7C" w14:textId="77777777" w:rsidR="008A2A8B" w:rsidRDefault="00BD6BA5">
      <w:pPr>
        <w:spacing w:after="60" w:line="240" w:lineRule="auto"/>
      </w:pPr>
      <w:r>
        <w:t>Firma del richiedente: ____________________________</w:t>
      </w:r>
    </w:p>
    <w:p w14:paraId="49BA175B" w14:textId="77777777" w:rsidR="008A2A8B" w:rsidRDefault="00BD6BA5">
      <w:r>
        <w:br w:type="page"/>
      </w:r>
    </w:p>
    <w:p w14:paraId="031EDAE6" w14:textId="77777777" w:rsidR="008A2A8B" w:rsidRDefault="00BD6BA5">
      <w:pPr>
        <w:pStyle w:val="Titolo1"/>
        <w:spacing w:before="120" w:after="80"/>
      </w:pPr>
      <w:r>
        <w:lastRenderedPageBreak/>
        <w:t>ALLEGATO A - Somministrazione alimenti e bevande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5C0B6A16" w14:textId="77777777">
        <w:tc>
          <w:tcPr>
            <w:tcW w:w="10652" w:type="dxa"/>
            <w:shd w:val="clear" w:color="auto" w:fill="FFF2CC"/>
            <w:vAlign w:val="center"/>
          </w:tcPr>
          <w:p w14:paraId="51C05F0E" w14:textId="77777777" w:rsidR="008A2A8B" w:rsidRDefault="00BD6BA5">
            <w:r>
              <w:rPr>
                <w:sz w:val="17"/>
              </w:rPr>
              <w:t>Compilare solo se durante l'evento sono previsti vendita, distribuzione o somministrazione di alimenti o bevande, anche a titolo gratuito.</w:t>
            </w:r>
          </w:p>
        </w:tc>
      </w:tr>
    </w:tbl>
    <w:p w14:paraId="3CF1C235" w14:textId="77777777" w:rsidR="008A2A8B" w:rsidRDefault="008A2A8B">
      <w:pPr>
        <w:spacing w:after="4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8A2A8B" w14:paraId="2B813223" w14:textId="77777777">
        <w:trPr>
          <w:jc w:val="center"/>
        </w:trPr>
        <w:tc>
          <w:tcPr>
            <w:tcW w:w="5102" w:type="dxa"/>
            <w:shd w:val="clear" w:color="auto" w:fill="D9EAF7"/>
            <w:vAlign w:val="center"/>
          </w:tcPr>
          <w:p w14:paraId="21B43A88" w14:textId="77777777" w:rsidR="008A2A8B" w:rsidRDefault="00BD6BA5">
            <w:r>
              <w:rPr>
                <w:b/>
                <w:sz w:val="17"/>
              </w:rPr>
              <w:t>Verifica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1A362DA1" w14:textId="77777777" w:rsidR="008A2A8B" w:rsidRDefault="00BD6BA5">
            <w:r>
              <w:rPr>
                <w:b/>
                <w:sz w:val="17"/>
              </w:rPr>
              <w:t>Risposta/Note</w:t>
            </w:r>
          </w:p>
        </w:tc>
      </w:tr>
      <w:tr w:rsidR="008A2A8B" w14:paraId="21FAB26B" w14:textId="77777777">
        <w:trPr>
          <w:jc w:val="center"/>
        </w:trPr>
        <w:tc>
          <w:tcPr>
            <w:tcW w:w="5102" w:type="dxa"/>
            <w:vAlign w:val="center"/>
          </w:tcPr>
          <w:p w14:paraId="166D287B" w14:textId="77777777" w:rsidR="008A2A8B" w:rsidRDefault="00BD6BA5">
            <w:r>
              <w:rPr>
                <w:sz w:val="17"/>
              </w:rPr>
              <w:t>Sono previsti alimenti?</w:t>
            </w:r>
          </w:p>
        </w:tc>
        <w:tc>
          <w:tcPr>
            <w:tcW w:w="5102" w:type="dxa"/>
            <w:vAlign w:val="center"/>
          </w:tcPr>
          <w:p w14:paraId="74B6C043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2B2A50EB" w14:textId="77777777">
        <w:trPr>
          <w:jc w:val="center"/>
        </w:trPr>
        <w:tc>
          <w:tcPr>
            <w:tcW w:w="5102" w:type="dxa"/>
            <w:vAlign w:val="center"/>
          </w:tcPr>
          <w:p w14:paraId="299B71E3" w14:textId="77777777" w:rsidR="008A2A8B" w:rsidRDefault="00BD6BA5">
            <w:r>
              <w:rPr>
                <w:sz w:val="17"/>
              </w:rPr>
              <w:t>Sono previste bevande?</w:t>
            </w:r>
          </w:p>
        </w:tc>
        <w:tc>
          <w:tcPr>
            <w:tcW w:w="5102" w:type="dxa"/>
            <w:vAlign w:val="center"/>
          </w:tcPr>
          <w:p w14:paraId="4B6CE216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386550FE" w14:textId="77777777">
        <w:trPr>
          <w:jc w:val="center"/>
        </w:trPr>
        <w:tc>
          <w:tcPr>
            <w:tcW w:w="5102" w:type="dxa"/>
            <w:vAlign w:val="center"/>
          </w:tcPr>
          <w:p w14:paraId="116F0291" w14:textId="77777777" w:rsidR="008A2A8B" w:rsidRDefault="00BD6BA5">
            <w:r>
              <w:rPr>
                <w:sz w:val="17"/>
              </w:rPr>
              <w:t>Sono previste bevande alcoliche?</w:t>
            </w:r>
          </w:p>
        </w:tc>
        <w:tc>
          <w:tcPr>
            <w:tcW w:w="5102" w:type="dxa"/>
            <w:vAlign w:val="center"/>
          </w:tcPr>
          <w:p w14:paraId="6AC23B2E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3AF47743" w14:textId="77777777">
        <w:trPr>
          <w:jc w:val="center"/>
        </w:trPr>
        <w:tc>
          <w:tcPr>
            <w:tcW w:w="5102" w:type="dxa"/>
            <w:vAlign w:val="center"/>
          </w:tcPr>
          <w:p w14:paraId="21E0EEBA" w14:textId="77777777" w:rsidR="008A2A8B" w:rsidRDefault="00BD6BA5">
            <w:r>
              <w:rPr>
                <w:sz w:val="17"/>
              </w:rPr>
              <w:t>La somministrazione è gratuita?</w:t>
            </w:r>
          </w:p>
        </w:tc>
        <w:tc>
          <w:tcPr>
            <w:tcW w:w="5102" w:type="dxa"/>
            <w:vAlign w:val="center"/>
          </w:tcPr>
          <w:p w14:paraId="4D330FDD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24F1413" w14:textId="77777777">
        <w:trPr>
          <w:jc w:val="center"/>
        </w:trPr>
        <w:tc>
          <w:tcPr>
            <w:tcW w:w="5102" w:type="dxa"/>
            <w:vAlign w:val="center"/>
          </w:tcPr>
          <w:p w14:paraId="4F902758" w14:textId="77777777" w:rsidR="008A2A8B" w:rsidRDefault="00BD6BA5">
            <w:r>
              <w:rPr>
                <w:sz w:val="17"/>
              </w:rPr>
              <w:t>La somministrazione è a pagamento?</w:t>
            </w:r>
          </w:p>
        </w:tc>
        <w:tc>
          <w:tcPr>
            <w:tcW w:w="5102" w:type="dxa"/>
            <w:vAlign w:val="center"/>
          </w:tcPr>
          <w:p w14:paraId="68424B4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0F7D1765" w14:textId="77777777">
        <w:trPr>
          <w:jc w:val="center"/>
        </w:trPr>
        <w:tc>
          <w:tcPr>
            <w:tcW w:w="5102" w:type="dxa"/>
            <w:vAlign w:val="center"/>
          </w:tcPr>
          <w:p w14:paraId="3EC1ED9A" w14:textId="77777777" w:rsidR="008A2A8B" w:rsidRDefault="00BD6BA5">
            <w:r>
              <w:rPr>
                <w:sz w:val="17"/>
              </w:rPr>
              <w:t>Soggetto che effettua la somministrazione</w:t>
            </w:r>
          </w:p>
        </w:tc>
        <w:tc>
          <w:tcPr>
            <w:tcW w:w="5102" w:type="dxa"/>
            <w:vAlign w:val="center"/>
          </w:tcPr>
          <w:p w14:paraId="30C4F879" w14:textId="77777777" w:rsidR="008A2A8B" w:rsidRDefault="008A2A8B"/>
        </w:tc>
      </w:tr>
      <w:tr w:rsidR="008A2A8B" w14:paraId="5A890851" w14:textId="77777777">
        <w:trPr>
          <w:jc w:val="center"/>
        </w:trPr>
        <w:tc>
          <w:tcPr>
            <w:tcW w:w="5102" w:type="dxa"/>
            <w:vAlign w:val="center"/>
          </w:tcPr>
          <w:p w14:paraId="4CF74493" w14:textId="77777777" w:rsidR="008A2A8B" w:rsidRDefault="00BD6BA5">
            <w:r>
              <w:rPr>
                <w:sz w:val="17"/>
              </w:rPr>
              <w:t>Luogo di preparazione alimenti</w:t>
            </w:r>
          </w:p>
        </w:tc>
        <w:tc>
          <w:tcPr>
            <w:tcW w:w="5102" w:type="dxa"/>
            <w:vAlign w:val="center"/>
          </w:tcPr>
          <w:p w14:paraId="450E8ECC" w14:textId="77777777" w:rsidR="008A2A8B" w:rsidRDefault="008A2A8B"/>
        </w:tc>
      </w:tr>
      <w:tr w:rsidR="008A2A8B" w14:paraId="3BFFBE95" w14:textId="77777777">
        <w:trPr>
          <w:jc w:val="center"/>
        </w:trPr>
        <w:tc>
          <w:tcPr>
            <w:tcW w:w="5102" w:type="dxa"/>
            <w:vAlign w:val="center"/>
          </w:tcPr>
          <w:p w14:paraId="5610EDF5" w14:textId="77777777" w:rsidR="008A2A8B" w:rsidRDefault="00BD6BA5">
            <w:r>
              <w:rPr>
                <w:sz w:val="17"/>
              </w:rPr>
              <w:t>Sono presenti cucina temporanea / stand gastronomico?</w:t>
            </w:r>
          </w:p>
        </w:tc>
        <w:tc>
          <w:tcPr>
            <w:tcW w:w="5102" w:type="dxa"/>
            <w:vAlign w:val="center"/>
          </w:tcPr>
          <w:p w14:paraId="6285A45F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9EC761B" w14:textId="77777777">
        <w:trPr>
          <w:jc w:val="center"/>
        </w:trPr>
        <w:tc>
          <w:tcPr>
            <w:tcW w:w="5102" w:type="dxa"/>
            <w:vAlign w:val="center"/>
          </w:tcPr>
          <w:p w14:paraId="5D3F2D73" w14:textId="77777777" w:rsidR="008A2A8B" w:rsidRDefault="00BD6BA5">
            <w:r>
              <w:rPr>
                <w:sz w:val="17"/>
              </w:rPr>
              <w:t>Sono presenti alimenti deperibili?</w:t>
            </w:r>
          </w:p>
        </w:tc>
        <w:tc>
          <w:tcPr>
            <w:tcW w:w="5102" w:type="dxa"/>
            <w:vAlign w:val="center"/>
          </w:tcPr>
          <w:p w14:paraId="5BBF6E04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4AD874BD" w14:textId="77777777">
        <w:trPr>
          <w:jc w:val="center"/>
        </w:trPr>
        <w:tc>
          <w:tcPr>
            <w:tcW w:w="5102" w:type="dxa"/>
            <w:vAlign w:val="center"/>
          </w:tcPr>
          <w:p w14:paraId="5F7BBDCD" w14:textId="77777777" w:rsidR="008A2A8B" w:rsidRDefault="00BD6BA5">
            <w:r>
              <w:rPr>
                <w:sz w:val="17"/>
              </w:rPr>
              <w:t>Sono previsti frigoriferi/conservazione a temperatura controllata?</w:t>
            </w:r>
          </w:p>
        </w:tc>
        <w:tc>
          <w:tcPr>
            <w:tcW w:w="5102" w:type="dxa"/>
            <w:vAlign w:val="center"/>
          </w:tcPr>
          <w:p w14:paraId="292D5311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non pertinente</w:t>
            </w:r>
          </w:p>
        </w:tc>
      </w:tr>
      <w:tr w:rsidR="008A2A8B" w14:paraId="38499B0F" w14:textId="77777777">
        <w:trPr>
          <w:jc w:val="center"/>
        </w:trPr>
        <w:tc>
          <w:tcPr>
            <w:tcW w:w="5102" w:type="dxa"/>
            <w:vAlign w:val="center"/>
          </w:tcPr>
          <w:p w14:paraId="6D034E06" w14:textId="77777777" w:rsidR="008A2A8B" w:rsidRDefault="00BD6BA5">
            <w:r>
              <w:rPr>
                <w:sz w:val="17"/>
              </w:rPr>
              <w:t>Sono disponibili servizi igienici?</w:t>
            </w:r>
          </w:p>
        </w:tc>
        <w:tc>
          <w:tcPr>
            <w:tcW w:w="5102" w:type="dxa"/>
            <w:vAlign w:val="center"/>
          </w:tcPr>
          <w:p w14:paraId="32D53471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DA92BDF" w14:textId="77777777">
        <w:trPr>
          <w:jc w:val="center"/>
        </w:trPr>
        <w:tc>
          <w:tcPr>
            <w:tcW w:w="5102" w:type="dxa"/>
            <w:vAlign w:val="center"/>
          </w:tcPr>
          <w:p w14:paraId="7ACE5747" w14:textId="77777777" w:rsidR="008A2A8B" w:rsidRDefault="00BD6BA5">
            <w:r>
              <w:rPr>
                <w:sz w:val="17"/>
              </w:rPr>
              <w:t>È stata presentata notifica sanitaria / pratica tramite SUAP?</w:t>
            </w:r>
          </w:p>
        </w:tc>
        <w:tc>
          <w:tcPr>
            <w:tcW w:w="5102" w:type="dxa"/>
            <w:vAlign w:val="center"/>
          </w:tcPr>
          <w:p w14:paraId="58F72DE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da presentare</w:t>
            </w:r>
          </w:p>
        </w:tc>
      </w:tr>
      <w:tr w:rsidR="008A2A8B" w14:paraId="1FF3D608" w14:textId="77777777">
        <w:trPr>
          <w:jc w:val="center"/>
        </w:trPr>
        <w:tc>
          <w:tcPr>
            <w:tcW w:w="5102" w:type="dxa"/>
            <w:vAlign w:val="center"/>
          </w:tcPr>
          <w:p w14:paraId="7E04D6E2" w14:textId="77777777" w:rsidR="008A2A8B" w:rsidRDefault="00BD6BA5">
            <w:r>
              <w:rPr>
                <w:sz w:val="17"/>
              </w:rPr>
              <w:t>Estremi pratica SUAP / notifica sanitaria, se disponibili</w:t>
            </w:r>
          </w:p>
        </w:tc>
        <w:tc>
          <w:tcPr>
            <w:tcW w:w="5102" w:type="dxa"/>
            <w:vAlign w:val="center"/>
          </w:tcPr>
          <w:p w14:paraId="1AB4AA3E" w14:textId="77777777" w:rsidR="008A2A8B" w:rsidRDefault="008A2A8B"/>
        </w:tc>
      </w:tr>
    </w:tbl>
    <w:p w14:paraId="6866ABA6" w14:textId="77777777" w:rsidR="008A2A8B" w:rsidRDefault="008A2A8B">
      <w:pPr>
        <w:spacing w:after="4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6D941736" w14:textId="77777777">
        <w:tc>
          <w:tcPr>
            <w:tcW w:w="10652" w:type="dxa"/>
            <w:shd w:val="clear" w:color="auto" w:fill="E2F0D9"/>
            <w:vAlign w:val="center"/>
          </w:tcPr>
          <w:p w14:paraId="74456D19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  <w:r w:rsidRPr="00246AF9">
              <w:rPr>
                <w:sz w:val="17"/>
                <w:lang w:val="it-IT"/>
              </w:rPr>
              <w:t>Adempimenti SUAP e sanitari</w:t>
            </w:r>
          </w:p>
          <w:p w14:paraId="26775DFB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</w:p>
          <w:p w14:paraId="4C5D3070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  <w:r w:rsidRPr="00246AF9">
              <w:rPr>
                <w:sz w:val="17"/>
                <w:lang w:val="it-IT"/>
              </w:rPr>
              <w:t>Il presente allegato non sostituisce la pratica SUAP.</w:t>
            </w:r>
          </w:p>
          <w:p w14:paraId="2E1812C1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</w:p>
          <w:p w14:paraId="6C943653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  <w:r w:rsidRPr="00246AF9">
              <w:rPr>
                <w:sz w:val="17"/>
                <w:lang w:val="it-IT"/>
              </w:rPr>
              <w:t>In caso di preparazione, distribuzione o somministrazione di alimenti e/o bevande nell’ambito dell’evento, l’organizzatore deve presentare, ove dovuti, gli adempimenti previsti tramite il SUAP delle Valli, inclusa la SCIA per somministrazione temporanea di alimenti e bevande e la notifica sanitaria ai fini della registrazione.</w:t>
            </w:r>
          </w:p>
          <w:p w14:paraId="0CF5018C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</w:p>
          <w:p w14:paraId="2E4900D9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  <w:r w:rsidRPr="00246AF9">
              <w:rPr>
                <w:sz w:val="17"/>
                <w:lang w:val="it-IT"/>
              </w:rPr>
              <w:t>La documentazione dovrà essere presentata secondo le modalità indicate dal SUAP delle Valli e sarà trasmessa all’ASL competente per gli adempimenti di competenza.</w:t>
            </w:r>
          </w:p>
          <w:p w14:paraId="41B24605" w14:textId="77777777" w:rsidR="00246AF9" w:rsidRPr="00246AF9" w:rsidRDefault="00246AF9" w:rsidP="00246AF9">
            <w:pPr>
              <w:rPr>
                <w:sz w:val="17"/>
                <w:lang w:val="it-IT"/>
              </w:rPr>
            </w:pPr>
          </w:p>
          <w:p w14:paraId="45D3E8BB" w14:textId="6F3508B4" w:rsidR="008A2A8B" w:rsidRDefault="00246AF9" w:rsidP="00246AF9">
            <w:r w:rsidRPr="00246AF9">
              <w:rPr>
                <w:sz w:val="17"/>
                <w:lang w:val="it-IT"/>
              </w:rPr>
              <w:t>L’evento non potrà svolgersi con attività di somministrazione alimenti e bevande in assenza degli adempimenti SUAP/sanitari necessari.</w:t>
            </w:r>
          </w:p>
        </w:tc>
      </w:tr>
    </w:tbl>
    <w:p w14:paraId="654B652E" w14:textId="77777777" w:rsidR="008A2A8B" w:rsidRDefault="008A2A8B">
      <w:pPr>
        <w:spacing w:after="40"/>
      </w:pPr>
    </w:p>
    <w:p w14:paraId="18758B93" w14:textId="77777777" w:rsidR="008A2A8B" w:rsidRDefault="00BD6BA5">
      <w:pPr>
        <w:spacing w:after="60" w:line="240" w:lineRule="auto"/>
      </w:pPr>
      <w:r>
        <w:t>Firma del richiedente: ____________________________</w:t>
      </w:r>
    </w:p>
    <w:p w14:paraId="70785586" w14:textId="77777777" w:rsidR="008A2A8B" w:rsidRDefault="00BD6BA5">
      <w:r>
        <w:br w:type="page"/>
      </w:r>
    </w:p>
    <w:p w14:paraId="5375EEB0" w14:textId="77777777" w:rsidR="008A2A8B" w:rsidRDefault="00BD6BA5">
      <w:pPr>
        <w:pStyle w:val="Titolo1"/>
        <w:spacing w:before="120" w:after="80"/>
      </w:pPr>
      <w:r>
        <w:lastRenderedPageBreak/>
        <w:t>ALLEGATO B - Musica, spettacolo, intrattenimento e rumore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77339FAF" w14:textId="77777777">
        <w:tc>
          <w:tcPr>
            <w:tcW w:w="10652" w:type="dxa"/>
            <w:shd w:val="clear" w:color="auto" w:fill="FFF2CC"/>
            <w:vAlign w:val="center"/>
          </w:tcPr>
          <w:p w14:paraId="6E52BD43" w14:textId="77777777" w:rsidR="008A2A8B" w:rsidRDefault="00BD6BA5">
            <w:r>
              <w:rPr>
                <w:sz w:val="17"/>
              </w:rPr>
              <w:t>Compilare se sono previsti musica amplificata, concerto, DJ set, ballo, spettacolo, intrattenimento o attività assimilabili.</w:t>
            </w:r>
          </w:p>
        </w:tc>
      </w:tr>
    </w:tbl>
    <w:p w14:paraId="1281EF98" w14:textId="77777777" w:rsidR="008A2A8B" w:rsidRDefault="008A2A8B">
      <w:pPr>
        <w:spacing w:after="4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8A2A8B" w14:paraId="1606E9B2" w14:textId="77777777">
        <w:trPr>
          <w:jc w:val="center"/>
        </w:trPr>
        <w:tc>
          <w:tcPr>
            <w:tcW w:w="5102" w:type="dxa"/>
            <w:shd w:val="clear" w:color="auto" w:fill="D9EAF7"/>
            <w:vAlign w:val="center"/>
          </w:tcPr>
          <w:p w14:paraId="1DD146CE" w14:textId="77777777" w:rsidR="008A2A8B" w:rsidRDefault="00BD6BA5">
            <w:r>
              <w:rPr>
                <w:b/>
                <w:sz w:val="17"/>
              </w:rPr>
              <w:t>Verifica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0096033D" w14:textId="77777777" w:rsidR="008A2A8B" w:rsidRDefault="00BD6BA5">
            <w:r>
              <w:rPr>
                <w:b/>
                <w:sz w:val="17"/>
              </w:rPr>
              <w:t>Risposta/Note</w:t>
            </w:r>
          </w:p>
        </w:tc>
      </w:tr>
      <w:tr w:rsidR="008A2A8B" w14:paraId="2B24CB8D" w14:textId="77777777">
        <w:trPr>
          <w:jc w:val="center"/>
        </w:trPr>
        <w:tc>
          <w:tcPr>
            <w:tcW w:w="5102" w:type="dxa"/>
            <w:vAlign w:val="center"/>
          </w:tcPr>
          <w:p w14:paraId="223FFD6D" w14:textId="77777777" w:rsidR="008A2A8B" w:rsidRDefault="00BD6BA5">
            <w:r>
              <w:rPr>
                <w:sz w:val="17"/>
              </w:rPr>
              <w:t>È prevista musica di sottofondo?</w:t>
            </w:r>
          </w:p>
        </w:tc>
        <w:tc>
          <w:tcPr>
            <w:tcW w:w="5102" w:type="dxa"/>
            <w:vAlign w:val="center"/>
          </w:tcPr>
          <w:p w14:paraId="0BEA0093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12B5F13" w14:textId="77777777">
        <w:trPr>
          <w:jc w:val="center"/>
        </w:trPr>
        <w:tc>
          <w:tcPr>
            <w:tcW w:w="5102" w:type="dxa"/>
            <w:vAlign w:val="center"/>
          </w:tcPr>
          <w:p w14:paraId="3DA1AEA3" w14:textId="77777777" w:rsidR="008A2A8B" w:rsidRDefault="00BD6BA5">
            <w:r>
              <w:rPr>
                <w:sz w:val="17"/>
              </w:rPr>
              <w:t>È prevista musica amplificata?</w:t>
            </w:r>
          </w:p>
        </w:tc>
        <w:tc>
          <w:tcPr>
            <w:tcW w:w="5102" w:type="dxa"/>
            <w:vAlign w:val="center"/>
          </w:tcPr>
          <w:p w14:paraId="7EB56D34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507F27C" w14:textId="77777777">
        <w:trPr>
          <w:jc w:val="center"/>
        </w:trPr>
        <w:tc>
          <w:tcPr>
            <w:tcW w:w="5102" w:type="dxa"/>
            <w:vAlign w:val="center"/>
          </w:tcPr>
          <w:p w14:paraId="47EB270E" w14:textId="77777777" w:rsidR="008A2A8B" w:rsidRDefault="00BD6BA5">
            <w:r>
              <w:rPr>
                <w:sz w:val="17"/>
              </w:rPr>
              <w:t>È previsto concerto/esibizione?</w:t>
            </w:r>
          </w:p>
        </w:tc>
        <w:tc>
          <w:tcPr>
            <w:tcW w:w="5102" w:type="dxa"/>
            <w:vAlign w:val="center"/>
          </w:tcPr>
          <w:p w14:paraId="2346250C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046D043F" w14:textId="77777777">
        <w:trPr>
          <w:jc w:val="center"/>
        </w:trPr>
        <w:tc>
          <w:tcPr>
            <w:tcW w:w="5102" w:type="dxa"/>
            <w:vAlign w:val="center"/>
          </w:tcPr>
          <w:p w14:paraId="2CEE5092" w14:textId="77777777" w:rsidR="008A2A8B" w:rsidRDefault="00BD6BA5">
            <w:r>
              <w:rPr>
                <w:sz w:val="17"/>
              </w:rPr>
              <w:t>È previsto DJ set?</w:t>
            </w:r>
          </w:p>
        </w:tc>
        <w:tc>
          <w:tcPr>
            <w:tcW w:w="5102" w:type="dxa"/>
            <w:vAlign w:val="center"/>
          </w:tcPr>
          <w:p w14:paraId="4D95BC7E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283DF08B" w14:textId="77777777">
        <w:trPr>
          <w:jc w:val="center"/>
        </w:trPr>
        <w:tc>
          <w:tcPr>
            <w:tcW w:w="5102" w:type="dxa"/>
            <w:vAlign w:val="center"/>
          </w:tcPr>
          <w:p w14:paraId="65488986" w14:textId="77777777" w:rsidR="008A2A8B" w:rsidRDefault="00BD6BA5">
            <w:r>
              <w:rPr>
                <w:sz w:val="17"/>
              </w:rPr>
              <w:t>È previsto ballo?</w:t>
            </w:r>
          </w:p>
        </w:tc>
        <w:tc>
          <w:tcPr>
            <w:tcW w:w="5102" w:type="dxa"/>
            <w:vAlign w:val="center"/>
          </w:tcPr>
          <w:p w14:paraId="2AD0D311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E938FB4" w14:textId="77777777">
        <w:trPr>
          <w:jc w:val="center"/>
        </w:trPr>
        <w:tc>
          <w:tcPr>
            <w:tcW w:w="5102" w:type="dxa"/>
            <w:vAlign w:val="center"/>
          </w:tcPr>
          <w:p w14:paraId="6B41D544" w14:textId="77777777" w:rsidR="008A2A8B" w:rsidRDefault="00BD6BA5">
            <w:r>
              <w:rPr>
                <w:sz w:val="17"/>
              </w:rPr>
              <w:t>È previsto spettacolo teatrale/artistico/intrattenimento?</w:t>
            </w:r>
          </w:p>
        </w:tc>
        <w:tc>
          <w:tcPr>
            <w:tcW w:w="5102" w:type="dxa"/>
            <w:vAlign w:val="center"/>
          </w:tcPr>
          <w:p w14:paraId="579F8A90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4808A325" w14:textId="77777777">
        <w:trPr>
          <w:jc w:val="center"/>
        </w:trPr>
        <w:tc>
          <w:tcPr>
            <w:tcW w:w="5102" w:type="dxa"/>
            <w:vAlign w:val="center"/>
          </w:tcPr>
          <w:p w14:paraId="1DFCBA9E" w14:textId="77777777" w:rsidR="008A2A8B" w:rsidRDefault="00BD6BA5">
            <w:r>
              <w:rPr>
                <w:sz w:val="17"/>
              </w:rPr>
              <w:t>Orario inizio musica/spettacolo</w:t>
            </w:r>
          </w:p>
        </w:tc>
        <w:tc>
          <w:tcPr>
            <w:tcW w:w="5102" w:type="dxa"/>
            <w:vAlign w:val="center"/>
          </w:tcPr>
          <w:p w14:paraId="03900B28" w14:textId="77777777" w:rsidR="008A2A8B" w:rsidRDefault="008A2A8B"/>
        </w:tc>
      </w:tr>
      <w:tr w:rsidR="008A2A8B" w14:paraId="23224B21" w14:textId="77777777">
        <w:trPr>
          <w:jc w:val="center"/>
        </w:trPr>
        <w:tc>
          <w:tcPr>
            <w:tcW w:w="5102" w:type="dxa"/>
            <w:vAlign w:val="center"/>
          </w:tcPr>
          <w:p w14:paraId="0E67A354" w14:textId="77777777" w:rsidR="008A2A8B" w:rsidRDefault="00BD6BA5">
            <w:r>
              <w:rPr>
                <w:sz w:val="17"/>
              </w:rPr>
              <w:t>Orario fine musica/spettacolo</w:t>
            </w:r>
          </w:p>
        </w:tc>
        <w:tc>
          <w:tcPr>
            <w:tcW w:w="5102" w:type="dxa"/>
            <w:vAlign w:val="center"/>
          </w:tcPr>
          <w:p w14:paraId="38F17BAC" w14:textId="77777777" w:rsidR="008A2A8B" w:rsidRDefault="008A2A8B"/>
        </w:tc>
      </w:tr>
      <w:tr w:rsidR="008A2A8B" w14:paraId="608914F1" w14:textId="77777777">
        <w:trPr>
          <w:jc w:val="center"/>
        </w:trPr>
        <w:tc>
          <w:tcPr>
            <w:tcW w:w="5102" w:type="dxa"/>
            <w:vAlign w:val="center"/>
          </w:tcPr>
          <w:p w14:paraId="75A8FC10" w14:textId="77777777" w:rsidR="008A2A8B" w:rsidRDefault="00BD6BA5">
            <w:r>
              <w:rPr>
                <w:sz w:val="17"/>
              </w:rPr>
              <w:t>L'area del pubblico è delimitata?</w:t>
            </w:r>
          </w:p>
        </w:tc>
        <w:tc>
          <w:tcPr>
            <w:tcW w:w="5102" w:type="dxa"/>
            <w:vAlign w:val="center"/>
          </w:tcPr>
          <w:p w14:paraId="6EDAF22A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9C7E8CB" w14:textId="77777777">
        <w:trPr>
          <w:jc w:val="center"/>
        </w:trPr>
        <w:tc>
          <w:tcPr>
            <w:tcW w:w="5102" w:type="dxa"/>
            <w:vAlign w:val="center"/>
          </w:tcPr>
          <w:p w14:paraId="05F539BF" w14:textId="77777777" w:rsidR="008A2A8B" w:rsidRDefault="00BD6BA5">
            <w:r>
              <w:rPr>
                <w:sz w:val="17"/>
              </w:rPr>
              <w:t>È previsto ingresso a pagamento/offerta?</w:t>
            </w:r>
          </w:p>
        </w:tc>
        <w:tc>
          <w:tcPr>
            <w:tcW w:w="5102" w:type="dxa"/>
            <w:vAlign w:val="center"/>
          </w:tcPr>
          <w:p w14:paraId="2BB4FFD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022FA0A5" w14:textId="77777777">
        <w:trPr>
          <w:jc w:val="center"/>
        </w:trPr>
        <w:tc>
          <w:tcPr>
            <w:tcW w:w="5102" w:type="dxa"/>
            <w:vAlign w:val="center"/>
          </w:tcPr>
          <w:p w14:paraId="653AA017" w14:textId="77777777" w:rsidR="008A2A8B" w:rsidRDefault="00BD6BA5">
            <w:r>
              <w:rPr>
                <w:sz w:val="17"/>
              </w:rPr>
              <w:t>Sono previsti impianti audio/luci?</w:t>
            </w:r>
          </w:p>
        </w:tc>
        <w:tc>
          <w:tcPr>
            <w:tcW w:w="5102" w:type="dxa"/>
            <w:vAlign w:val="center"/>
          </w:tcPr>
          <w:p w14:paraId="151C853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4129D5D7" w14:textId="77777777">
        <w:trPr>
          <w:jc w:val="center"/>
        </w:trPr>
        <w:tc>
          <w:tcPr>
            <w:tcW w:w="5102" w:type="dxa"/>
            <w:vAlign w:val="center"/>
          </w:tcPr>
          <w:p w14:paraId="7832919C" w14:textId="77777777" w:rsidR="008A2A8B" w:rsidRDefault="00BD6BA5">
            <w:r>
              <w:rPr>
                <w:sz w:val="17"/>
              </w:rPr>
              <w:t>È richiesta deroga ai limiti acustici?</w:t>
            </w:r>
          </w:p>
        </w:tc>
        <w:tc>
          <w:tcPr>
            <w:tcW w:w="5102" w:type="dxa"/>
            <w:vAlign w:val="center"/>
          </w:tcPr>
          <w:p w14:paraId="47090C4E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da valutare</w:t>
            </w:r>
          </w:p>
        </w:tc>
      </w:tr>
      <w:tr w:rsidR="008A2A8B" w14:paraId="5BEC9659" w14:textId="77777777">
        <w:trPr>
          <w:jc w:val="center"/>
        </w:trPr>
        <w:tc>
          <w:tcPr>
            <w:tcW w:w="5102" w:type="dxa"/>
            <w:vAlign w:val="center"/>
          </w:tcPr>
          <w:p w14:paraId="7CFD7A36" w14:textId="77777777" w:rsidR="008A2A8B" w:rsidRDefault="00BD6BA5">
            <w:r>
              <w:rPr>
                <w:sz w:val="17"/>
              </w:rPr>
              <w:t>Tecnico/responsabile impianti, se presente</w:t>
            </w:r>
          </w:p>
        </w:tc>
        <w:tc>
          <w:tcPr>
            <w:tcW w:w="5102" w:type="dxa"/>
            <w:vAlign w:val="center"/>
          </w:tcPr>
          <w:p w14:paraId="2346530B" w14:textId="77777777" w:rsidR="008A2A8B" w:rsidRDefault="008A2A8B"/>
        </w:tc>
      </w:tr>
    </w:tbl>
    <w:p w14:paraId="1E50CDDE" w14:textId="77777777" w:rsidR="008A2A8B" w:rsidRDefault="008A2A8B">
      <w:pPr>
        <w:spacing w:after="4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38F0C12C" w14:textId="77777777">
        <w:tc>
          <w:tcPr>
            <w:tcW w:w="10652" w:type="dxa"/>
            <w:shd w:val="clear" w:color="auto" w:fill="E2F0D9"/>
            <w:vAlign w:val="center"/>
          </w:tcPr>
          <w:p w14:paraId="3AE872CB" w14:textId="77777777" w:rsidR="00BD6BA5" w:rsidRDefault="00BD6BA5" w:rsidP="00BD6BA5">
            <w:pPr>
              <w:rPr>
                <w:lang w:val="it-IT"/>
              </w:rPr>
            </w:pPr>
            <w:r w:rsidRPr="00BD6BA5">
              <w:rPr>
                <w:sz w:val="17"/>
                <w:lang w:val="it-IT"/>
              </w:rPr>
              <w:t>La presenza di musica, spettacolo, ballo, area delimitata, palco o pubblico numeroso può comportare ulteriori valutazioni ai fini di sicurezza, pubblico spettacolo e limiti acustici.</w:t>
            </w:r>
            <w:r w:rsidRPr="00BD6BA5">
              <w:rPr>
                <w:lang w:val="it-IT"/>
              </w:rPr>
              <w:t xml:space="preserve"> </w:t>
            </w:r>
          </w:p>
          <w:p w14:paraId="51ADB4B0" w14:textId="77777777" w:rsidR="00BD6BA5" w:rsidRDefault="00BD6BA5" w:rsidP="00BD6BA5">
            <w:pPr>
              <w:rPr>
                <w:lang w:val="it-IT"/>
              </w:rPr>
            </w:pPr>
          </w:p>
          <w:p w14:paraId="0F39DB84" w14:textId="0288B5A9" w:rsidR="00BD6BA5" w:rsidRPr="00BD6BA5" w:rsidRDefault="00BD6BA5" w:rsidP="00BD6BA5">
            <w:pPr>
              <w:rPr>
                <w:sz w:val="17"/>
                <w:lang w:val="it-IT"/>
              </w:rPr>
            </w:pPr>
            <w:r w:rsidRPr="00BD6BA5">
              <w:rPr>
                <w:sz w:val="17"/>
                <w:lang w:val="it-IT"/>
              </w:rPr>
              <w:t>La presenza di musica non comporta automaticamente l’obbligo di presentazione di pratica SUAP. Tuttavia, qualora la musica assuma carattere di spettacolo o intrattenimento aperto al pubblico — ad esempio concerto, DJ set, ballo, esibizione, presenza di palco, impianti audio/luci, area delimitata o pubblico appositamente radunato — l’organizzatore deve verificare con il SUAP delle Valli l’eventuale necessità di presentare pratica per pubblico spettacolo e/o intrattenimento all’aperto.</w:t>
            </w:r>
          </w:p>
          <w:p w14:paraId="39A718E4" w14:textId="77777777" w:rsidR="00BD6BA5" w:rsidRPr="00BD6BA5" w:rsidRDefault="00BD6BA5" w:rsidP="00BD6BA5">
            <w:pPr>
              <w:rPr>
                <w:sz w:val="17"/>
                <w:lang w:val="it-IT"/>
              </w:rPr>
            </w:pPr>
          </w:p>
          <w:p w14:paraId="1CF688F4" w14:textId="5A72B6AC" w:rsidR="008A2A8B" w:rsidRDefault="00BD6BA5" w:rsidP="00BD6BA5">
            <w:r w:rsidRPr="00BD6BA5">
              <w:rPr>
                <w:sz w:val="17"/>
                <w:lang w:val="it-IT"/>
              </w:rPr>
              <w:t>La semplice richiesta/comunicazione dell’evento al Comune non sostituisce eventuali domande, SCIA o autorizzazioni dovute tramite SUAP, né gli adempimenti relativi a sicurezza, agibilità delle strutture, impatto acustico, occupazione suolo e viabilità.</w:t>
            </w:r>
          </w:p>
        </w:tc>
      </w:tr>
    </w:tbl>
    <w:p w14:paraId="072F883C" w14:textId="77777777" w:rsidR="008A2A8B" w:rsidRDefault="008A2A8B">
      <w:pPr>
        <w:spacing w:after="40"/>
      </w:pPr>
    </w:p>
    <w:p w14:paraId="458A11B4" w14:textId="77777777" w:rsidR="008A2A8B" w:rsidRDefault="00BD6BA5">
      <w:pPr>
        <w:spacing w:after="60" w:line="240" w:lineRule="auto"/>
      </w:pPr>
      <w:r>
        <w:t>Firma del richiedente: ____________________________</w:t>
      </w:r>
    </w:p>
    <w:p w14:paraId="5CD61129" w14:textId="77777777" w:rsidR="008A2A8B" w:rsidRDefault="00BD6BA5">
      <w:r>
        <w:br w:type="page"/>
      </w:r>
    </w:p>
    <w:p w14:paraId="1B5D4BE1" w14:textId="77777777" w:rsidR="008A2A8B" w:rsidRDefault="00BD6BA5">
      <w:pPr>
        <w:pStyle w:val="Titolo1"/>
        <w:spacing w:before="120" w:after="80"/>
      </w:pPr>
      <w:r>
        <w:lastRenderedPageBreak/>
        <w:t>ALLEGATO C - Occupazione suolo, viabilità, strutture e impianti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34892294" w14:textId="77777777">
        <w:tc>
          <w:tcPr>
            <w:tcW w:w="10652" w:type="dxa"/>
            <w:shd w:val="clear" w:color="auto" w:fill="FFF2CC"/>
            <w:vAlign w:val="center"/>
          </w:tcPr>
          <w:p w14:paraId="6534C57C" w14:textId="77777777" w:rsidR="008A2A8B" w:rsidRDefault="00BD6BA5">
            <w:r>
              <w:rPr>
                <w:sz w:val="17"/>
              </w:rPr>
              <w:t>Compilare se l'evento usa aree pubbliche o beni comunali, comporta modifiche alla viabilità/sosta o prevede strutture e impianti temporanei.</w:t>
            </w:r>
          </w:p>
        </w:tc>
      </w:tr>
    </w:tbl>
    <w:p w14:paraId="0C005D43" w14:textId="77777777" w:rsidR="008A2A8B" w:rsidRDefault="008A2A8B">
      <w:pPr>
        <w:spacing w:after="40"/>
      </w:pPr>
    </w:p>
    <w:p w14:paraId="0506907C" w14:textId="77777777" w:rsidR="008A2A8B" w:rsidRDefault="00BD6BA5">
      <w:pPr>
        <w:pStyle w:val="Titolo2"/>
        <w:spacing w:before="120" w:after="80"/>
      </w:pPr>
      <w:r>
        <w:t>C.1 Occupazione suolo e viabilità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8A2A8B" w14:paraId="1C588FD7" w14:textId="77777777">
        <w:trPr>
          <w:jc w:val="center"/>
        </w:trPr>
        <w:tc>
          <w:tcPr>
            <w:tcW w:w="5102" w:type="dxa"/>
            <w:shd w:val="clear" w:color="auto" w:fill="D9EAF7"/>
            <w:vAlign w:val="center"/>
          </w:tcPr>
          <w:p w14:paraId="67E1A0EA" w14:textId="77777777" w:rsidR="008A2A8B" w:rsidRDefault="00BD6BA5">
            <w:r>
              <w:rPr>
                <w:b/>
                <w:sz w:val="17"/>
              </w:rPr>
              <w:t>Verifica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55E70FDE" w14:textId="77777777" w:rsidR="008A2A8B" w:rsidRDefault="00BD6BA5">
            <w:r>
              <w:rPr>
                <w:b/>
                <w:sz w:val="17"/>
              </w:rPr>
              <w:t>Risposta/Note</w:t>
            </w:r>
          </w:p>
        </w:tc>
      </w:tr>
      <w:tr w:rsidR="008A2A8B" w14:paraId="1309D695" w14:textId="77777777">
        <w:trPr>
          <w:jc w:val="center"/>
        </w:trPr>
        <w:tc>
          <w:tcPr>
            <w:tcW w:w="5102" w:type="dxa"/>
            <w:vAlign w:val="center"/>
          </w:tcPr>
          <w:p w14:paraId="0C92FCEE" w14:textId="77777777" w:rsidR="008A2A8B" w:rsidRDefault="00BD6BA5">
            <w:r>
              <w:rPr>
                <w:sz w:val="17"/>
              </w:rPr>
              <w:t>Area richiesta / vie / piazze / parcheggi interessati</w:t>
            </w:r>
          </w:p>
        </w:tc>
        <w:tc>
          <w:tcPr>
            <w:tcW w:w="5102" w:type="dxa"/>
            <w:vAlign w:val="center"/>
          </w:tcPr>
          <w:p w14:paraId="7DFDF76C" w14:textId="77777777" w:rsidR="008A2A8B" w:rsidRDefault="008A2A8B"/>
        </w:tc>
      </w:tr>
      <w:tr w:rsidR="008A2A8B" w14:paraId="61641DFC" w14:textId="77777777">
        <w:trPr>
          <w:jc w:val="center"/>
        </w:trPr>
        <w:tc>
          <w:tcPr>
            <w:tcW w:w="5102" w:type="dxa"/>
            <w:vAlign w:val="center"/>
          </w:tcPr>
          <w:p w14:paraId="7B79DEC7" w14:textId="77777777" w:rsidR="008A2A8B" w:rsidRDefault="00BD6BA5">
            <w:r>
              <w:rPr>
                <w:sz w:val="17"/>
              </w:rPr>
              <w:t>Superficie indicativa occupata</w:t>
            </w:r>
          </w:p>
        </w:tc>
        <w:tc>
          <w:tcPr>
            <w:tcW w:w="5102" w:type="dxa"/>
            <w:vAlign w:val="center"/>
          </w:tcPr>
          <w:p w14:paraId="0D647188" w14:textId="77777777" w:rsidR="008A2A8B" w:rsidRDefault="008A2A8B"/>
        </w:tc>
      </w:tr>
      <w:tr w:rsidR="008A2A8B" w14:paraId="51602A78" w14:textId="77777777">
        <w:trPr>
          <w:jc w:val="center"/>
        </w:trPr>
        <w:tc>
          <w:tcPr>
            <w:tcW w:w="5102" w:type="dxa"/>
            <w:vAlign w:val="center"/>
          </w:tcPr>
          <w:p w14:paraId="58DF337F" w14:textId="77777777" w:rsidR="008A2A8B" w:rsidRDefault="00BD6BA5">
            <w:r>
              <w:rPr>
                <w:sz w:val="17"/>
              </w:rPr>
              <w:t>Periodo occupazione, compresi montaggio e smontaggio</w:t>
            </w:r>
          </w:p>
        </w:tc>
        <w:tc>
          <w:tcPr>
            <w:tcW w:w="5102" w:type="dxa"/>
            <w:vAlign w:val="center"/>
          </w:tcPr>
          <w:p w14:paraId="05C77F02" w14:textId="77777777" w:rsidR="008A2A8B" w:rsidRDefault="008A2A8B"/>
        </w:tc>
      </w:tr>
      <w:tr w:rsidR="008A2A8B" w14:paraId="3C54EF6F" w14:textId="77777777">
        <w:trPr>
          <w:jc w:val="center"/>
        </w:trPr>
        <w:tc>
          <w:tcPr>
            <w:tcW w:w="5102" w:type="dxa"/>
            <w:vAlign w:val="center"/>
          </w:tcPr>
          <w:p w14:paraId="714A2704" w14:textId="77777777" w:rsidR="008A2A8B" w:rsidRDefault="00BD6BA5">
            <w:r>
              <w:rPr>
                <w:sz w:val="17"/>
              </w:rPr>
              <w:t>È richiesta chiusura strada?</w:t>
            </w:r>
          </w:p>
        </w:tc>
        <w:tc>
          <w:tcPr>
            <w:tcW w:w="5102" w:type="dxa"/>
            <w:vAlign w:val="center"/>
          </w:tcPr>
          <w:p w14:paraId="44C7B41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E4A27B7" w14:textId="77777777">
        <w:trPr>
          <w:jc w:val="center"/>
        </w:trPr>
        <w:tc>
          <w:tcPr>
            <w:tcW w:w="5102" w:type="dxa"/>
            <w:vAlign w:val="center"/>
          </w:tcPr>
          <w:p w14:paraId="217252B0" w14:textId="77777777" w:rsidR="008A2A8B" w:rsidRDefault="00BD6BA5">
            <w:r>
              <w:rPr>
                <w:sz w:val="17"/>
              </w:rPr>
              <w:t>Sono richiesti divieti di sosta?</w:t>
            </w:r>
          </w:p>
        </w:tc>
        <w:tc>
          <w:tcPr>
            <w:tcW w:w="5102" w:type="dxa"/>
            <w:vAlign w:val="center"/>
          </w:tcPr>
          <w:p w14:paraId="39DAE9DA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09A45F7E" w14:textId="77777777">
        <w:trPr>
          <w:jc w:val="center"/>
        </w:trPr>
        <w:tc>
          <w:tcPr>
            <w:tcW w:w="5102" w:type="dxa"/>
            <w:vAlign w:val="center"/>
          </w:tcPr>
          <w:p w14:paraId="1DE250F4" w14:textId="77777777" w:rsidR="008A2A8B" w:rsidRDefault="00BD6BA5">
            <w:r>
              <w:rPr>
                <w:sz w:val="17"/>
              </w:rPr>
              <w:t>Sono richieste altre modifiche alla viabilità?</w:t>
            </w:r>
          </w:p>
        </w:tc>
        <w:tc>
          <w:tcPr>
            <w:tcW w:w="5102" w:type="dxa"/>
            <w:vAlign w:val="center"/>
          </w:tcPr>
          <w:p w14:paraId="0E486055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7E622E56" w14:textId="77777777">
        <w:trPr>
          <w:jc w:val="center"/>
        </w:trPr>
        <w:tc>
          <w:tcPr>
            <w:tcW w:w="5102" w:type="dxa"/>
            <w:vAlign w:val="center"/>
          </w:tcPr>
          <w:p w14:paraId="01F02A9C" w14:textId="77777777" w:rsidR="008A2A8B" w:rsidRDefault="00BD6BA5">
            <w:r>
              <w:rPr>
                <w:sz w:val="17"/>
              </w:rPr>
              <w:t>Sono garantiti accessi ai residenti?</w:t>
            </w:r>
          </w:p>
        </w:tc>
        <w:tc>
          <w:tcPr>
            <w:tcW w:w="5102" w:type="dxa"/>
            <w:vAlign w:val="center"/>
          </w:tcPr>
          <w:p w14:paraId="759F613C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non pertinente</w:t>
            </w:r>
          </w:p>
        </w:tc>
      </w:tr>
      <w:tr w:rsidR="008A2A8B" w14:paraId="2C89B687" w14:textId="77777777">
        <w:trPr>
          <w:jc w:val="center"/>
        </w:trPr>
        <w:tc>
          <w:tcPr>
            <w:tcW w:w="5102" w:type="dxa"/>
            <w:vAlign w:val="center"/>
          </w:tcPr>
          <w:p w14:paraId="17988D9C" w14:textId="77777777" w:rsidR="008A2A8B" w:rsidRDefault="00BD6BA5">
            <w:r>
              <w:rPr>
                <w:sz w:val="17"/>
              </w:rPr>
              <w:t>Sono garantiti accessi ai mezzi di soccorso?</w:t>
            </w:r>
          </w:p>
        </w:tc>
        <w:tc>
          <w:tcPr>
            <w:tcW w:w="5102" w:type="dxa"/>
            <w:vAlign w:val="center"/>
          </w:tcPr>
          <w:p w14:paraId="527D509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B5147B2" w14:textId="77777777">
        <w:trPr>
          <w:jc w:val="center"/>
        </w:trPr>
        <w:tc>
          <w:tcPr>
            <w:tcW w:w="5102" w:type="dxa"/>
            <w:vAlign w:val="center"/>
          </w:tcPr>
          <w:p w14:paraId="3A2C34AE" w14:textId="77777777" w:rsidR="008A2A8B" w:rsidRDefault="00BD6BA5">
            <w:r>
              <w:rPr>
                <w:sz w:val="17"/>
              </w:rPr>
              <w:t>È allegata planimetria con area occupata?</w:t>
            </w:r>
          </w:p>
        </w:tc>
        <w:tc>
          <w:tcPr>
            <w:tcW w:w="5102" w:type="dxa"/>
            <w:vAlign w:val="center"/>
          </w:tcPr>
          <w:p w14:paraId="4CEDD6AB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</w:tbl>
    <w:p w14:paraId="58384EE1" w14:textId="77777777" w:rsidR="008A2A8B" w:rsidRDefault="008A2A8B">
      <w:pPr>
        <w:spacing w:after="40"/>
      </w:pPr>
    </w:p>
    <w:p w14:paraId="0336F811" w14:textId="77777777" w:rsidR="008A2A8B" w:rsidRDefault="00BD6BA5">
      <w:pPr>
        <w:pStyle w:val="Titolo2"/>
        <w:spacing w:before="120" w:after="80"/>
      </w:pPr>
      <w:r>
        <w:t>C.2 Strutture e impianti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8A2A8B" w14:paraId="6FBC651A" w14:textId="77777777">
        <w:trPr>
          <w:jc w:val="center"/>
        </w:trPr>
        <w:tc>
          <w:tcPr>
            <w:tcW w:w="5102" w:type="dxa"/>
            <w:shd w:val="clear" w:color="auto" w:fill="D9EAF7"/>
            <w:vAlign w:val="center"/>
          </w:tcPr>
          <w:p w14:paraId="6ED74DFC" w14:textId="77777777" w:rsidR="008A2A8B" w:rsidRDefault="00BD6BA5">
            <w:r>
              <w:rPr>
                <w:b/>
                <w:sz w:val="17"/>
              </w:rPr>
              <w:t>Verifica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54D7A406" w14:textId="77777777" w:rsidR="008A2A8B" w:rsidRDefault="00BD6BA5">
            <w:r>
              <w:rPr>
                <w:b/>
                <w:sz w:val="17"/>
              </w:rPr>
              <w:t>Risposta/Note</w:t>
            </w:r>
          </w:p>
        </w:tc>
      </w:tr>
      <w:tr w:rsidR="008A2A8B" w14:paraId="129AF5AC" w14:textId="77777777">
        <w:trPr>
          <w:jc w:val="center"/>
        </w:trPr>
        <w:tc>
          <w:tcPr>
            <w:tcW w:w="5102" w:type="dxa"/>
            <w:vAlign w:val="center"/>
          </w:tcPr>
          <w:p w14:paraId="297F7801" w14:textId="77777777" w:rsidR="008A2A8B" w:rsidRDefault="00BD6BA5">
            <w:r>
              <w:rPr>
                <w:sz w:val="17"/>
              </w:rPr>
              <w:t>Sono previsti gazebo?</w:t>
            </w:r>
          </w:p>
        </w:tc>
        <w:tc>
          <w:tcPr>
            <w:tcW w:w="5102" w:type="dxa"/>
            <w:vAlign w:val="center"/>
          </w:tcPr>
          <w:p w14:paraId="1A2B8506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67D11EB0" w14:textId="77777777">
        <w:trPr>
          <w:jc w:val="center"/>
        </w:trPr>
        <w:tc>
          <w:tcPr>
            <w:tcW w:w="5102" w:type="dxa"/>
            <w:vAlign w:val="center"/>
          </w:tcPr>
          <w:p w14:paraId="5DCF8DB1" w14:textId="77777777" w:rsidR="008A2A8B" w:rsidRDefault="00BD6BA5">
            <w:r>
              <w:rPr>
                <w:sz w:val="17"/>
              </w:rPr>
              <w:t>Sono previsti palchi/pedane?</w:t>
            </w:r>
          </w:p>
        </w:tc>
        <w:tc>
          <w:tcPr>
            <w:tcW w:w="5102" w:type="dxa"/>
            <w:vAlign w:val="center"/>
          </w:tcPr>
          <w:p w14:paraId="7E7BA0B4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4015333F" w14:textId="77777777">
        <w:trPr>
          <w:jc w:val="center"/>
        </w:trPr>
        <w:tc>
          <w:tcPr>
            <w:tcW w:w="5102" w:type="dxa"/>
            <w:vAlign w:val="center"/>
          </w:tcPr>
          <w:p w14:paraId="5C93252C" w14:textId="77777777" w:rsidR="008A2A8B" w:rsidRDefault="00BD6BA5">
            <w:r>
              <w:rPr>
                <w:sz w:val="17"/>
              </w:rPr>
              <w:t>Sono previste tensostrutture?</w:t>
            </w:r>
          </w:p>
        </w:tc>
        <w:tc>
          <w:tcPr>
            <w:tcW w:w="5102" w:type="dxa"/>
            <w:vAlign w:val="center"/>
          </w:tcPr>
          <w:p w14:paraId="1405DDA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9EB5580" w14:textId="77777777">
        <w:trPr>
          <w:jc w:val="center"/>
        </w:trPr>
        <w:tc>
          <w:tcPr>
            <w:tcW w:w="5102" w:type="dxa"/>
            <w:vAlign w:val="center"/>
          </w:tcPr>
          <w:p w14:paraId="085BE117" w14:textId="77777777" w:rsidR="008A2A8B" w:rsidRDefault="00BD6BA5">
            <w:r>
              <w:rPr>
                <w:sz w:val="17"/>
              </w:rPr>
              <w:t>Sono previste transenne/barriere?</w:t>
            </w:r>
          </w:p>
        </w:tc>
        <w:tc>
          <w:tcPr>
            <w:tcW w:w="5102" w:type="dxa"/>
            <w:vAlign w:val="center"/>
          </w:tcPr>
          <w:p w14:paraId="47D6E3BB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48B14A05" w14:textId="77777777">
        <w:trPr>
          <w:jc w:val="center"/>
        </w:trPr>
        <w:tc>
          <w:tcPr>
            <w:tcW w:w="5102" w:type="dxa"/>
            <w:vAlign w:val="center"/>
          </w:tcPr>
          <w:p w14:paraId="743BDDCC" w14:textId="77777777" w:rsidR="008A2A8B" w:rsidRDefault="00BD6BA5">
            <w:r>
              <w:rPr>
                <w:sz w:val="17"/>
              </w:rPr>
              <w:t>Sono previsti impianti elettrici temporanei?</w:t>
            </w:r>
          </w:p>
        </w:tc>
        <w:tc>
          <w:tcPr>
            <w:tcW w:w="5102" w:type="dxa"/>
            <w:vAlign w:val="center"/>
          </w:tcPr>
          <w:p w14:paraId="37B8D432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ACC9EF5" w14:textId="77777777">
        <w:trPr>
          <w:jc w:val="center"/>
        </w:trPr>
        <w:tc>
          <w:tcPr>
            <w:tcW w:w="5102" w:type="dxa"/>
            <w:vAlign w:val="center"/>
          </w:tcPr>
          <w:p w14:paraId="54718313" w14:textId="77777777" w:rsidR="008A2A8B" w:rsidRDefault="00BD6BA5">
            <w:r>
              <w:rPr>
                <w:sz w:val="17"/>
              </w:rPr>
              <w:t>Sono previsti generatori?</w:t>
            </w:r>
          </w:p>
        </w:tc>
        <w:tc>
          <w:tcPr>
            <w:tcW w:w="5102" w:type="dxa"/>
            <w:vAlign w:val="center"/>
          </w:tcPr>
          <w:p w14:paraId="21BE40E7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14F6AF47" w14:textId="77777777">
        <w:trPr>
          <w:jc w:val="center"/>
        </w:trPr>
        <w:tc>
          <w:tcPr>
            <w:tcW w:w="5102" w:type="dxa"/>
            <w:vAlign w:val="center"/>
          </w:tcPr>
          <w:p w14:paraId="36FAE9F5" w14:textId="77777777" w:rsidR="008A2A8B" w:rsidRDefault="00BD6BA5">
            <w:r>
              <w:rPr>
                <w:sz w:val="17"/>
              </w:rPr>
              <w:t>Sono previsti impianti audio/luci?</w:t>
            </w:r>
          </w:p>
        </w:tc>
        <w:tc>
          <w:tcPr>
            <w:tcW w:w="5102" w:type="dxa"/>
            <w:vAlign w:val="center"/>
          </w:tcPr>
          <w:p w14:paraId="52EE2462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0B142712" w14:textId="77777777">
        <w:trPr>
          <w:jc w:val="center"/>
        </w:trPr>
        <w:tc>
          <w:tcPr>
            <w:tcW w:w="5102" w:type="dxa"/>
            <w:vAlign w:val="center"/>
          </w:tcPr>
          <w:p w14:paraId="56AEEAF1" w14:textId="77777777" w:rsidR="008A2A8B" w:rsidRDefault="00BD6BA5">
            <w:r>
              <w:rPr>
                <w:sz w:val="17"/>
              </w:rPr>
              <w:t>È allegata descrizione degli allestimenti?</w:t>
            </w:r>
          </w:p>
        </w:tc>
        <w:tc>
          <w:tcPr>
            <w:tcW w:w="5102" w:type="dxa"/>
            <w:vAlign w:val="center"/>
          </w:tcPr>
          <w:p w14:paraId="0F780994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5CD3DD0A" w14:textId="77777777">
        <w:trPr>
          <w:jc w:val="center"/>
        </w:trPr>
        <w:tc>
          <w:tcPr>
            <w:tcW w:w="5102" w:type="dxa"/>
            <w:vAlign w:val="center"/>
          </w:tcPr>
          <w:p w14:paraId="1F2B88C6" w14:textId="77777777" w:rsidR="008A2A8B" w:rsidRDefault="00BD6BA5">
            <w:r>
              <w:rPr>
                <w:sz w:val="17"/>
              </w:rPr>
              <w:t>È allegata dichiarazione di corretto montaggio/certificazione, se disponibile o richiesta?</w:t>
            </w:r>
          </w:p>
        </w:tc>
        <w:tc>
          <w:tcPr>
            <w:tcW w:w="5102" w:type="dxa"/>
            <w:vAlign w:val="center"/>
          </w:tcPr>
          <w:p w14:paraId="642AE659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non pertinente</w:t>
            </w:r>
          </w:p>
        </w:tc>
      </w:tr>
      <w:tr w:rsidR="008A2A8B" w14:paraId="2FF76600" w14:textId="77777777">
        <w:trPr>
          <w:jc w:val="center"/>
        </w:trPr>
        <w:tc>
          <w:tcPr>
            <w:tcW w:w="5102" w:type="dxa"/>
            <w:vAlign w:val="center"/>
          </w:tcPr>
          <w:p w14:paraId="46D3BA60" w14:textId="77777777" w:rsidR="008A2A8B" w:rsidRDefault="00BD6BA5">
            <w:r>
              <w:rPr>
                <w:sz w:val="17"/>
              </w:rPr>
              <w:t>È allegata dichiarazione impianto elettrico, se disponibile o richiesta?</w:t>
            </w:r>
          </w:p>
        </w:tc>
        <w:tc>
          <w:tcPr>
            <w:tcW w:w="5102" w:type="dxa"/>
            <w:vAlign w:val="center"/>
          </w:tcPr>
          <w:p w14:paraId="43A1C460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non pertinente</w:t>
            </w:r>
          </w:p>
        </w:tc>
      </w:tr>
    </w:tbl>
    <w:p w14:paraId="4110E0A5" w14:textId="77777777" w:rsidR="008A2A8B" w:rsidRDefault="008A2A8B">
      <w:pPr>
        <w:spacing w:after="40"/>
      </w:pPr>
    </w:p>
    <w:p w14:paraId="3F870131" w14:textId="77777777" w:rsidR="008A2A8B" w:rsidRDefault="00BD6BA5">
      <w:pPr>
        <w:spacing w:after="60" w:line="240" w:lineRule="auto"/>
      </w:pPr>
      <w:r>
        <w:t>Firma del richiedente: ____________________________</w:t>
      </w:r>
    </w:p>
    <w:p w14:paraId="39459A2E" w14:textId="77777777" w:rsidR="008A2A8B" w:rsidRDefault="00BD6BA5">
      <w:r>
        <w:br w:type="page"/>
      </w:r>
    </w:p>
    <w:p w14:paraId="3E38A756" w14:textId="77777777" w:rsidR="008A2A8B" w:rsidRDefault="00BD6BA5">
      <w:pPr>
        <w:pStyle w:val="Titolo1"/>
        <w:spacing w:before="120" w:after="80"/>
      </w:pPr>
      <w:r>
        <w:t>ALLEGATO D - Falò, fuochi o accensioni controllate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090D6408" w14:textId="77777777">
        <w:tc>
          <w:tcPr>
            <w:tcW w:w="10652" w:type="dxa"/>
            <w:shd w:val="clear" w:color="auto" w:fill="FFF2CC"/>
            <w:vAlign w:val="center"/>
          </w:tcPr>
          <w:p w14:paraId="1E7852CE" w14:textId="77777777" w:rsidR="008A2A8B" w:rsidRDefault="00BD6BA5">
            <w:r>
              <w:rPr>
                <w:sz w:val="17"/>
              </w:rPr>
              <w:t>Compilare solo se sono previsti falò, fuochi o accensioni controllate. Senza indicazioni chiare su luogo, distanze, materiali e presidio di sicurezza la richiesta non può essere valutata correttamente.</w:t>
            </w:r>
          </w:p>
        </w:tc>
      </w:tr>
    </w:tbl>
    <w:p w14:paraId="61C34D69" w14:textId="77777777" w:rsidR="008A2A8B" w:rsidRDefault="008A2A8B">
      <w:pPr>
        <w:spacing w:after="4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8A2A8B" w14:paraId="41178304" w14:textId="77777777">
        <w:trPr>
          <w:jc w:val="center"/>
        </w:trPr>
        <w:tc>
          <w:tcPr>
            <w:tcW w:w="5102" w:type="dxa"/>
            <w:shd w:val="clear" w:color="auto" w:fill="D9EAF7"/>
            <w:vAlign w:val="center"/>
          </w:tcPr>
          <w:p w14:paraId="1C7DB26D" w14:textId="77777777" w:rsidR="008A2A8B" w:rsidRDefault="00BD6BA5">
            <w:r>
              <w:rPr>
                <w:b/>
                <w:sz w:val="17"/>
              </w:rPr>
              <w:t>Verifica</w:t>
            </w:r>
          </w:p>
        </w:tc>
        <w:tc>
          <w:tcPr>
            <w:tcW w:w="5102" w:type="dxa"/>
            <w:shd w:val="clear" w:color="auto" w:fill="D9EAF7"/>
            <w:vAlign w:val="center"/>
          </w:tcPr>
          <w:p w14:paraId="1D32CE0D" w14:textId="77777777" w:rsidR="008A2A8B" w:rsidRDefault="00BD6BA5">
            <w:r>
              <w:rPr>
                <w:b/>
                <w:sz w:val="17"/>
              </w:rPr>
              <w:t>Risposta/Note</w:t>
            </w:r>
          </w:p>
        </w:tc>
      </w:tr>
      <w:tr w:rsidR="008A2A8B" w14:paraId="62D4030C" w14:textId="77777777">
        <w:trPr>
          <w:jc w:val="center"/>
        </w:trPr>
        <w:tc>
          <w:tcPr>
            <w:tcW w:w="5102" w:type="dxa"/>
            <w:vAlign w:val="center"/>
          </w:tcPr>
          <w:p w14:paraId="3E0A166E" w14:textId="77777777" w:rsidR="008A2A8B" w:rsidRDefault="00BD6BA5">
            <w:r>
              <w:rPr>
                <w:sz w:val="17"/>
              </w:rPr>
              <w:t>Luogo esatto dell'accensione</w:t>
            </w:r>
          </w:p>
        </w:tc>
        <w:tc>
          <w:tcPr>
            <w:tcW w:w="5102" w:type="dxa"/>
            <w:vAlign w:val="center"/>
          </w:tcPr>
          <w:p w14:paraId="240B5BF8" w14:textId="77777777" w:rsidR="008A2A8B" w:rsidRDefault="008A2A8B"/>
        </w:tc>
      </w:tr>
      <w:tr w:rsidR="008A2A8B" w14:paraId="06E6E75C" w14:textId="77777777">
        <w:trPr>
          <w:jc w:val="center"/>
        </w:trPr>
        <w:tc>
          <w:tcPr>
            <w:tcW w:w="5102" w:type="dxa"/>
            <w:vAlign w:val="center"/>
          </w:tcPr>
          <w:p w14:paraId="7A85C7E9" w14:textId="77777777" w:rsidR="008A2A8B" w:rsidRDefault="00BD6BA5">
            <w:r>
              <w:rPr>
                <w:sz w:val="17"/>
              </w:rPr>
              <w:t>Data e orario di accensione</w:t>
            </w:r>
          </w:p>
        </w:tc>
        <w:tc>
          <w:tcPr>
            <w:tcW w:w="5102" w:type="dxa"/>
            <w:vAlign w:val="center"/>
          </w:tcPr>
          <w:p w14:paraId="79532CB4" w14:textId="77777777" w:rsidR="008A2A8B" w:rsidRDefault="008A2A8B"/>
        </w:tc>
      </w:tr>
      <w:tr w:rsidR="008A2A8B" w14:paraId="7079AAEE" w14:textId="77777777">
        <w:trPr>
          <w:jc w:val="center"/>
        </w:trPr>
        <w:tc>
          <w:tcPr>
            <w:tcW w:w="5102" w:type="dxa"/>
            <w:vAlign w:val="center"/>
          </w:tcPr>
          <w:p w14:paraId="63467289" w14:textId="77777777" w:rsidR="008A2A8B" w:rsidRDefault="00BD6BA5">
            <w:r>
              <w:rPr>
                <w:sz w:val="17"/>
              </w:rPr>
              <w:t>Dimensioni indicative del falò/fuoco</w:t>
            </w:r>
          </w:p>
        </w:tc>
        <w:tc>
          <w:tcPr>
            <w:tcW w:w="5102" w:type="dxa"/>
            <w:vAlign w:val="center"/>
          </w:tcPr>
          <w:p w14:paraId="20A4E1DD" w14:textId="77777777" w:rsidR="008A2A8B" w:rsidRDefault="008A2A8B"/>
        </w:tc>
      </w:tr>
      <w:tr w:rsidR="008A2A8B" w14:paraId="26E9E964" w14:textId="77777777">
        <w:trPr>
          <w:jc w:val="center"/>
        </w:trPr>
        <w:tc>
          <w:tcPr>
            <w:tcW w:w="5102" w:type="dxa"/>
            <w:vAlign w:val="center"/>
          </w:tcPr>
          <w:p w14:paraId="069F6FE4" w14:textId="77777777" w:rsidR="008A2A8B" w:rsidRDefault="00BD6BA5">
            <w:r>
              <w:rPr>
                <w:sz w:val="17"/>
              </w:rPr>
              <w:t>Materiale che si intende bruciare</w:t>
            </w:r>
          </w:p>
        </w:tc>
        <w:tc>
          <w:tcPr>
            <w:tcW w:w="5102" w:type="dxa"/>
            <w:vAlign w:val="center"/>
          </w:tcPr>
          <w:p w14:paraId="2D942205" w14:textId="77777777" w:rsidR="008A2A8B" w:rsidRDefault="008A2A8B"/>
        </w:tc>
      </w:tr>
      <w:tr w:rsidR="008A2A8B" w14:paraId="4EBB521A" w14:textId="77777777">
        <w:trPr>
          <w:jc w:val="center"/>
        </w:trPr>
        <w:tc>
          <w:tcPr>
            <w:tcW w:w="5102" w:type="dxa"/>
            <w:vAlign w:val="center"/>
          </w:tcPr>
          <w:p w14:paraId="76AB776B" w14:textId="77777777" w:rsidR="008A2A8B" w:rsidRDefault="00BD6BA5">
            <w:r>
              <w:rPr>
                <w:sz w:val="17"/>
              </w:rPr>
              <w:t>Distanza da edifici/abitazioni</w:t>
            </w:r>
          </w:p>
        </w:tc>
        <w:tc>
          <w:tcPr>
            <w:tcW w:w="5102" w:type="dxa"/>
            <w:vAlign w:val="center"/>
          </w:tcPr>
          <w:p w14:paraId="2B1138C3" w14:textId="77777777" w:rsidR="008A2A8B" w:rsidRDefault="008A2A8B"/>
        </w:tc>
      </w:tr>
      <w:tr w:rsidR="008A2A8B" w14:paraId="26D17E7F" w14:textId="77777777">
        <w:trPr>
          <w:jc w:val="center"/>
        </w:trPr>
        <w:tc>
          <w:tcPr>
            <w:tcW w:w="5102" w:type="dxa"/>
            <w:vAlign w:val="center"/>
          </w:tcPr>
          <w:p w14:paraId="0349914E" w14:textId="77777777" w:rsidR="008A2A8B" w:rsidRDefault="00BD6BA5">
            <w:r>
              <w:rPr>
                <w:sz w:val="17"/>
              </w:rPr>
              <w:t>Distanza da boschi/vegetazione</w:t>
            </w:r>
          </w:p>
        </w:tc>
        <w:tc>
          <w:tcPr>
            <w:tcW w:w="5102" w:type="dxa"/>
            <w:vAlign w:val="center"/>
          </w:tcPr>
          <w:p w14:paraId="3858195B" w14:textId="77777777" w:rsidR="008A2A8B" w:rsidRDefault="008A2A8B"/>
        </w:tc>
      </w:tr>
      <w:tr w:rsidR="008A2A8B" w14:paraId="430E9D02" w14:textId="77777777">
        <w:trPr>
          <w:jc w:val="center"/>
        </w:trPr>
        <w:tc>
          <w:tcPr>
            <w:tcW w:w="5102" w:type="dxa"/>
            <w:vAlign w:val="center"/>
          </w:tcPr>
          <w:p w14:paraId="4DEE8EB9" w14:textId="77777777" w:rsidR="008A2A8B" w:rsidRDefault="00BD6BA5">
            <w:r>
              <w:rPr>
                <w:sz w:val="17"/>
              </w:rPr>
              <w:t>Distanza da auto, linee elettriche, bombole o materiali infiammabili</w:t>
            </w:r>
          </w:p>
        </w:tc>
        <w:tc>
          <w:tcPr>
            <w:tcW w:w="5102" w:type="dxa"/>
            <w:vAlign w:val="center"/>
          </w:tcPr>
          <w:p w14:paraId="53E63F13" w14:textId="77777777" w:rsidR="008A2A8B" w:rsidRDefault="008A2A8B"/>
        </w:tc>
      </w:tr>
      <w:tr w:rsidR="008A2A8B" w14:paraId="1DF6FBFB" w14:textId="77777777">
        <w:trPr>
          <w:jc w:val="center"/>
        </w:trPr>
        <w:tc>
          <w:tcPr>
            <w:tcW w:w="5102" w:type="dxa"/>
            <w:vAlign w:val="center"/>
          </w:tcPr>
          <w:p w14:paraId="22AA3F27" w14:textId="77777777" w:rsidR="008A2A8B" w:rsidRDefault="00BD6BA5">
            <w:r>
              <w:rPr>
                <w:sz w:val="17"/>
              </w:rPr>
              <w:t>Responsabile presente durante accensione e spegnimento</w:t>
            </w:r>
          </w:p>
        </w:tc>
        <w:tc>
          <w:tcPr>
            <w:tcW w:w="5102" w:type="dxa"/>
            <w:vAlign w:val="center"/>
          </w:tcPr>
          <w:p w14:paraId="78458472" w14:textId="77777777" w:rsidR="008A2A8B" w:rsidRDefault="008A2A8B"/>
        </w:tc>
      </w:tr>
      <w:tr w:rsidR="008A2A8B" w14:paraId="56C340AC" w14:textId="77777777">
        <w:trPr>
          <w:jc w:val="center"/>
        </w:trPr>
        <w:tc>
          <w:tcPr>
            <w:tcW w:w="5102" w:type="dxa"/>
            <w:vAlign w:val="center"/>
          </w:tcPr>
          <w:p w14:paraId="272D9BAF" w14:textId="77777777" w:rsidR="008A2A8B" w:rsidRDefault="00BD6BA5">
            <w:r>
              <w:rPr>
                <w:sz w:val="17"/>
              </w:rPr>
              <w:t>Mezzi di spegnimento disponibili</w:t>
            </w:r>
          </w:p>
        </w:tc>
        <w:tc>
          <w:tcPr>
            <w:tcW w:w="5102" w:type="dxa"/>
            <w:vAlign w:val="center"/>
          </w:tcPr>
          <w:p w14:paraId="1BBA57B3" w14:textId="77777777" w:rsidR="008A2A8B" w:rsidRDefault="008A2A8B"/>
        </w:tc>
      </w:tr>
      <w:tr w:rsidR="008A2A8B" w14:paraId="7F7EFF78" w14:textId="77777777">
        <w:trPr>
          <w:jc w:val="center"/>
        </w:trPr>
        <w:tc>
          <w:tcPr>
            <w:tcW w:w="5102" w:type="dxa"/>
            <w:vAlign w:val="center"/>
          </w:tcPr>
          <w:p w14:paraId="1B94EDBD" w14:textId="77777777" w:rsidR="008A2A8B" w:rsidRDefault="00BD6BA5">
            <w:r>
              <w:rPr>
                <w:sz w:val="17"/>
              </w:rPr>
              <w:t>Presenza AIB/protezione civile/volontari o altro presidio</w:t>
            </w:r>
          </w:p>
        </w:tc>
        <w:tc>
          <w:tcPr>
            <w:tcW w:w="5102" w:type="dxa"/>
            <w:vAlign w:val="center"/>
          </w:tcPr>
          <w:p w14:paraId="3B712AAD" w14:textId="77777777" w:rsidR="008A2A8B" w:rsidRDefault="008A2A8B"/>
        </w:tc>
      </w:tr>
      <w:tr w:rsidR="008A2A8B" w14:paraId="65DA3DF7" w14:textId="77777777">
        <w:trPr>
          <w:jc w:val="center"/>
        </w:trPr>
        <w:tc>
          <w:tcPr>
            <w:tcW w:w="5102" w:type="dxa"/>
            <w:vAlign w:val="center"/>
          </w:tcPr>
          <w:p w14:paraId="461B8984" w14:textId="77777777" w:rsidR="008A2A8B" w:rsidRDefault="00BD6BA5">
            <w:r>
              <w:rPr>
                <w:sz w:val="17"/>
              </w:rPr>
              <w:t>È allegata planimetria?</w:t>
            </w:r>
          </w:p>
        </w:tc>
        <w:tc>
          <w:tcPr>
            <w:tcW w:w="5102" w:type="dxa"/>
            <w:vAlign w:val="center"/>
          </w:tcPr>
          <w:p w14:paraId="29776E96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</w:t>
            </w:r>
          </w:p>
        </w:tc>
      </w:tr>
      <w:tr w:rsidR="008A2A8B" w14:paraId="7D6265CD" w14:textId="77777777">
        <w:trPr>
          <w:jc w:val="center"/>
        </w:trPr>
        <w:tc>
          <w:tcPr>
            <w:tcW w:w="5102" w:type="dxa"/>
            <w:vAlign w:val="center"/>
          </w:tcPr>
          <w:p w14:paraId="008825E5" w14:textId="77777777" w:rsidR="008A2A8B" w:rsidRDefault="00BD6BA5">
            <w:r>
              <w:rPr>
                <w:sz w:val="17"/>
              </w:rPr>
              <w:t>Sono stati verificati eventuali divieti/ordinanze antincendio?</w:t>
            </w:r>
          </w:p>
        </w:tc>
        <w:tc>
          <w:tcPr>
            <w:tcW w:w="5102" w:type="dxa"/>
            <w:vAlign w:val="center"/>
          </w:tcPr>
          <w:p w14:paraId="02226AA8" w14:textId="77777777" w:rsidR="008A2A8B" w:rsidRDefault="00BD6BA5">
            <w:r>
              <w:rPr>
                <w:sz w:val="17"/>
              </w:rPr>
              <w:t>☐</w:t>
            </w:r>
            <w:r>
              <w:rPr>
                <w:sz w:val="17"/>
              </w:rPr>
              <w:t xml:space="preserve"> sì   ☐ no   ☐ da verificare</w:t>
            </w:r>
          </w:p>
        </w:tc>
      </w:tr>
    </w:tbl>
    <w:p w14:paraId="42E86CB5" w14:textId="77777777" w:rsidR="008A2A8B" w:rsidRDefault="008A2A8B">
      <w:pPr>
        <w:spacing w:after="40"/>
      </w:pPr>
    </w:p>
    <w:p w14:paraId="699F3764" w14:textId="77777777" w:rsidR="008A2A8B" w:rsidRDefault="00BD6BA5">
      <w:pPr>
        <w:spacing w:after="60" w:line="240" w:lineRule="auto"/>
      </w:pPr>
      <w:r>
        <w:t>Firma del richiedente: ____________________________</w:t>
      </w:r>
    </w:p>
    <w:p w14:paraId="1C1CD6CA" w14:textId="77777777" w:rsidR="008A2A8B" w:rsidRDefault="00BD6BA5">
      <w:r>
        <w:br w:type="page"/>
      </w:r>
    </w:p>
    <w:p w14:paraId="1968C699" w14:textId="77777777" w:rsidR="008A2A8B" w:rsidRDefault="00BD6BA5">
      <w:pPr>
        <w:pStyle w:val="Titolo1"/>
        <w:spacing w:before="120" w:after="80"/>
      </w:pPr>
      <w:r>
        <w:t>ALLEGATO E - Piano safety semplificato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8A2A8B" w14:paraId="47F368A6" w14:textId="77777777">
        <w:tc>
          <w:tcPr>
            <w:tcW w:w="10652" w:type="dxa"/>
            <w:shd w:val="clear" w:color="auto" w:fill="FFF2CC"/>
            <w:vAlign w:val="center"/>
          </w:tcPr>
          <w:p w14:paraId="63978C6F" w14:textId="77777777" w:rsidR="008A2A8B" w:rsidRDefault="00BD6BA5">
            <w:r>
              <w:rPr>
                <w:sz w:val="17"/>
              </w:rPr>
              <w:t>Da compilare per eventi aperti al pubblico, in modo proporzionato alla dimensione e alla complessità dell'iniziativa. L'ufficio può richiedere un piano più dettagliato per eventi complessi.</w:t>
            </w:r>
          </w:p>
        </w:tc>
      </w:tr>
    </w:tbl>
    <w:p w14:paraId="6002787A" w14:textId="77777777" w:rsidR="008A2A8B" w:rsidRDefault="008A2A8B">
      <w:pPr>
        <w:spacing w:after="4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5669"/>
      </w:tblGrid>
      <w:tr w:rsidR="008A2A8B" w14:paraId="02F1442C" w14:textId="77777777">
        <w:trPr>
          <w:jc w:val="center"/>
        </w:trPr>
        <w:tc>
          <w:tcPr>
            <w:tcW w:w="4535" w:type="dxa"/>
            <w:shd w:val="clear" w:color="auto" w:fill="D9EAF7"/>
            <w:vAlign w:val="center"/>
          </w:tcPr>
          <w:p w14:paraId="59D4C7CC" w14:textId="77777777" w:rsidR="008A2A8B" w:rsidRDefault="00BD6BA5">
            <w:r>
              <w:rPr>
                <w:b/>
                <w:sz w:val="17"/>
              </w:rPr>
              <w:t>Elemento</w:t>
            </w:r>
          </w:p>
        </w:tc>
        <w:tc>
          <w:tcPr>
            <w:tcW w:w="5669" w:type="dxa"/>
            <w:shd w:val="clear" w:color="auto" w:fill="D9EAF7"/>
            <w:vAlign w:val="center"/>
          </w:tcPr>
          <w:p w14:paraId="5301B107" w14:textId="77777777" w:rsidR="008A2A8B" w:rsidRDefault="00BD6BA5">
            <w:r>
              <w:rPr>
                <w:b/>
                <w:sz w:val="17"/>
              </w:rPr>
              <w:t>Descrizione/Note</w:t>
            </w:r>
          </w:p>
        </w:tc>
      </w:tr>
      <w:tr w:rsidR="008A2A8B" w14:paraId="299410F0" w14:textId="77777777">
        <w:trPr>
          <w:jc w:val="center"/>
        </w:trPr>
        <w:tc>
          <w:tcPr>
            <w:tcW w:w="4535" w:type="dxa"/>
            <w:vAlign w:val="center"/>
          </w:tcPr>
          <w:p w14:paraId="7CD0EB4D" w14:textId="77777777" w:rsidR="008A2A8B" w:rsidRDefault="00BD6BA5">
            <w:r>
              <w:rPr>
                <w:sz w:val="17"/>
              </w:rPr>
              <w:t>Numero massimo stimato di partecipanti presenti contemporaneamente</w:t>
            </w:r>
          </w:p>
        </w:tc>
        <w:tc>
          <w:tcPr>
            <w:tcW w:w="5669" w:type="dxa"/>
            <w:vAlign w:val="center"/>
          </w:tcPr>
          <w:p w14:paraId="77CD50F4" w14:textId="77777777" w:rsidR="008A2A8B" w:rsidRDefault="008A2A8B"/>
          <w:p w14:paraId="2B98D2CE" w14:textId="77777777" w:rsidR="00BD6BA5" w:rsidRDefault="00BD6BA5"/>
          <w:p w14:paraId="2F7445A8" w14:textId="77777777" w:rsidR="00BD6BA5" w:rsidRDefault="00BD6BA5"/>
          <w:p w14:paraId="2E1E1A37" w14:textId="77777777" w:rsidR="00BD6BA5" w:rsidRDefault="00BD6BA5"/>
          <w:p w14:paraId="75DFE654" w14:textId="77777777" w:rsidR="00BD6BA5" w:rsidRDefault="00BD6BA5"/>
        </w:tc>
      </w:tr>
      <w:tr w:rsidR="008A2A8B" w14:paraId="4DFD678E" w14:textId="77777777">
        <w:trPr>
          <w:jc w:val="center"/>
        </w:trPr>
        <w:tc>
          <w:tcPr>
            <w:tcW w:w="4535" w:type="dxa"/>
            <w:vAlign w:val="center"/>
          </w:tcPr>
          <w:p w14:paraId="305A9ABC" w14:textId="77777777" w:rsidR="008A2A8B" w:rsidRDefault="00BD6BA5">
            <w:r>
              <w:rPr>
                <w:sz w:val="17"/>
              </w:rPr>
              <w:t>Descrizione dell'area e dei punti critici</w:t>
            </w:r>
          </w:p>
        </w:tc>
        <w:tc>
          <w:tcPr>
            <w:tcW w:w="5669" w:type="dxa"/>
            <w:vAlign w:val="center"/>
          </w:tcPr>
          <w:p w14:paraId="662E44D1" w14:textId="77777777" w:rsidR="008A2A8B" w:rsidRDefault="008A2A8B"/>
          <w:p w14:paraId="27F10A70" w14:textId="77777777" w:rsidR="00BD6BA5" w:rsidRDefault="00BD6BA5"/>
          <w:p w14:paraId="1CAB993C" w14:textId="77777777" w:rsidR="00BD6BA5" w:rsidRDefault="00BD6BA5"/>
          <w:p w14:paraId="1EEEE615" w14:textId="77777777" w:rsidR="00BD6BA5" w:rsidRDefault="00BD6BA5"/>
        </w:tc>
      </w:tr>
      <w:tr w:rsidR="008A2A8B" w14:paraId="27B83859" w14:textId="77777777">
        <w:trPr>
          <w:jc w:val="center"/>
        </w:trPr>
        <w:tc>
          <w:tcPr>
            <w:tcW w:w="4535" w:type="dxa"/>
            <w:vAlign w:val="center"/>
          </w:tcPr>
          <w:p w14:paraId="0D7A87B5" w14:textId="77777777" w:rsidR="008A2A8B" w:rsidRDefault="00BD6BA5">
            <w:r>
              <w:rPr>
                <w:sz w:val="17"/>
              </w:rPr>
              <w:t>Accessi e uscite disponibili</w:t>
            </w:r>
          </w:p>
        </w:tc>
        <w:tc>
          <w:tcPr>
            <w:tcW w:w="5669" w:type="dxa"/>
            <w:vAlign w:val="center"/>
          </w:tcPr>
          <w:p w14:paraId="038A21A2" w14:textId="77777777" w:rsidR="008A2A8B" w:rsidRDefault="008A2A8B"/>
          <w:p w14:paraId="540533BE" w14:textId="77777777" w:rsidR="00BD6BA5" w:rsidRDefault="00BD6BA5"/>
          <w:p w14:paraId="75979649" w14:textId="77777777" w:rsidR="00BD6BA5" w:rsidRDefault="00BD6BA5"/>
          <w:p w14:paraId="30B4EB6B" w14:textId="77777777" w:rsidR="00BD6BA5" w:rsidRDefault="00BD6BA5"/>
        </w:tc>
      </w:tr>
      <w:tr w:rsidR="008A2A8B" w14:paraId="24DB8AD0" w14:textId="77777777">
        <w:trPr>
          <w:jc w:val="center"/>
        </w:trPr>
        <w:tc>
          <w:tcPr>
            <w:tcW w:w="4535" w:type="dxa"/>
            <w:vAlign w:val="center"/>
          </w:tcPr>
          <w:p w14:paraId="615664F4" w14:textId="77777777" w:rsidR="008A2A8B" w:rsidRDefault="00BD6BA5">
            <w:r>
              <w:rPr>
                <w:sz w:val="17"/>
              </w:rPr>
              <w:t>Vie di fuga / deflusso</w:t>
            </w:r>
          </w:p>
        </w:tc>
        <w:tc>
          <w:tcPr>
            <w:tcW w:w="5669" w:type="dxa"/>
            <w:vAlign w:val="center"/>
          </w:tcPr>
          <w:p w14:paraId="24B129D3" w14:textId="77777777" w:rsidR="008A2A8B" w:rsidRDefault="008A2A8B"/>
          <w:p w14:paraId="405F5708" w14:textId="77777777" w:rsidR="00BD6BA5" w:rsidRDefault="00BD6BA5"/>
          <w:p w14:paraId="5A1F9335" w14:textId="77777777" w:rsidR="00BD6BA5" w:rsidRDefault="00BD6BA5"/>
          <w:p w14:paraId="4A6BCE70" w14:textId="77777777" w:rsidR="00BD6BA5" w:rsidRDefault="00BD6BA5"/>
        </w:tc>
      </w:tr>
      <w:tr w:rsidR="008A2A8B" w14:paraId="54A17FB6" w14:textId="77777777">
        <w:trPr>
          <w:jc w:val="center"/>
        </w:trPr>
        <w:tc>
          <w:tcPr>
            <w:tcW w:w="4535" w:type="dxa"/>
            <w:vAlign w:val="center"/>
          </w:tcPr>
          <w:p w14:paraId="1569052A" w14:textId="77777777" w:rsidR="008A2A8B" w:rsidRDefault="00BD6BA5">
            <w:r>
              <w:rPr>
                <w:sz w:val="17"/>
              </w:rPr>
              <w:t>Accesso mezzi di soccorso</w:t>
            </w:r>
          </w:p>
        </w:tc>
        <w:tc>
          <w:tcPr>
            <w:tcW w:w="5669" w:type="dxa"/>
            <w:vAlign w:val="center"/>
          </w:tcPr>
          <w:p w14:paraId="4850A609" w14:textId="77777777" w:rsidR="008A2A8B" w:rsidRDefault="008A2A8B"/>
          <w:p w14:paraId="370ABC94" w14:textId="77777777" w:rsidR="00BD6BA5" w:rsidRDefault="00BD6BA5"/>
          <w:p w14:paraId="0EEDF7D7" w14:textId="77777777" w:rsidR="00BD6BA5" w:rsidRDefault="00BD6BA5"/>
          <w:p w14:paraId="78F7C730" w14:textId="77777777" w:rsidR="00BD6BA5" w:rsidRDefault="00BD6BA5"/>
        </w:tc>
      </w:tr>
      <w:tr w:rsidR="008A2A8B" w14:paraId="1919A31F" w14:textId="77777777">
        <w:trPr>
          <w:jc w:val="center"/>
        </w:trPr>
        <w:tc>
          <w:tcPr>
            <w:tcW w:w="4535" w:type="dxa"/>
            <w:vAlign w:val="center"/>
          </w:tcPr>
          <w:p w14:paraId="52AD4BF2" w14:textId="77777777" w:rsidR="008A2A8B" w:rsidRDefault="00BD6BA5">
            <w:r>
              <w:rPr>
                <w:sz w:val="17"/>
              </w:rPr>
              <w:t>Responsabile sicurezza / referente emergenze</w:t>
            </w:r>
          </w:p>
        </w:tc>
        <w:tc>
          <w:tcPr>
            <w:tcW w:w="5669" w:type="dxa"/>
            <w:vAlign w:val="center"/>
          </w:tcPr>
          <w:p w14:paraId="5A00ABD6" w14:textId="77777777" w:rsidR="008A2A8B" w:rsidRDefault="008A2A8B"/>
          <w:p w14:paraId="67ADB32A" w14:textId="77777777" w:rsidR="00BD6BA5" w:rsidRDefault="00BD6BA5"/>
          <w:p w14:paraId="7B955B08" w14:textId="77777777" w:rsidR="00BD6BA5" w:rsidRDefault="00BD6BA5"/>
          <w:p w14:paraId="5D477328" w14:textId="77777777" w:rsidR="00BD6BA5" w:rsidRDefault="00BD6BA5"/>
        </w:tc>
      </w:tr>
      <w:tr w:rsidR="008A2A8B" w14:paraId="4C643A98" w14:textId="77777777">
        <w:trPr>
          <w:jc w:val="center"/>
        </w:trPr>
        <w:tc>
          <w:tcPr>
            <w:tcW w:w="4535" w:type="dxa"/>
            <w:vAlign w:val="center"/>
          </w:tcPr>
          <w:p w14:paraId="07938AB9" w14:textId="77777777" w:rsidR="008A2A8B" w:rsidRDefault="00BD6BA5">
            <w:r>
              <w:rPr>
                <w:sz w:val="17"/>
              </w:rPr>
              <w:t>Recapito telefonico attivo durante l'evento</w:t>
            </w:r>
          </w:p>
        </w:tc>
        <w:tc>
          <w:tcPr>
            <w:tcW w:w="5669" w:type="dxa"/>
            <w:vAlign w:val="center"/>
          </w:tcPr>
          <w:p w14:paraId="3DCE8C05" w14:textId="77777777" w:rsidR="008A2A8B" w:rsidRDefault="008A2A8B"/>
          <w:p w14:paraId="68FEC61C" w14:textId="77777777" w:rsidR="00BD6BA5" w:rsidRDefault="00BD6BA5"/>
          <w:p w14:paraId="3F5FBBA9" w14:textId="77777777" w:rsidR="00BD6BA5" w:rsidRDefault="00BD6BA5"/>
          <w:p w14:paraId="423D7FFF" w14:textId="77777777" w:rsidR="00BD6BA5" w:rsidRDefault="00BD6BA5"/>
        </w:tc>
      </w:tr>
      <w:tr w:rsidR="008A2A8B" w14:paraId="7B39503E" w14:textId="77777777">
        <w:trPr>
          <w:jc w:val="center"/>
        </w:trPr>
        <w:tc>
          <w:tcPr>
            <w:tcW w:w="4535" w:type="dxa"/>
            <w:vAlign w:val="center"/>
          </w:tcPr>
          <w:p w14:paraId="3C28B4B5" w14:textId="77777777" w:rsidR="008A2A8B" w:rsidRDefault="00BD6BA5">
            <w:r>
              <w:rPr>
                <w:sz w:val="17"/>
              </w:rPr>
              <w:t>Addetti/volontari presenti e mansioni</w:t>
            </w:r>
          </w:p>
        </w:tc>
        <w:tc>
          <w:tcPr>
            <w:tcW w:w="5669" w:type="dxa"/>
            <w:vAlign w:val="center"/>
          </w:tcPr>
          <w:p w14:paraId="1642A253" w14:textId="77777777" w:rsidR="008A2A8B" w:rsidRDefault="008A2A8B"/>
          <w:p w14:paraId="3C4F0E07" w14:textId="77777777" w:rsidR="00BD6BA5" w:rsidRDefault="00BD6BA5"/>
          <w:p w14:paraId="25D14E83" w14:textId="77777777" w:rsidR="00BD6BA5" w:rsidRDefault="00BD6BA5"/>
          <w:p w14:paraId="00A95548" w14:textId="77777777" w:rsidR="00BD6BA5" w:rsidRDefault="00BD6BA5"/>
        </w:tc>
      </w:tr>
      <w:tr w:rsidR="008A2A8B" w14:paraId="303F29EB" w14:textId="77777777">
        <w:trPr>
          <w:jc w:val="center"/>
        </w:trPr>
        <w:tc>
          <w:tcPr>
            <w:tcW w:w="4535" w:type="dxa"/>
            <w:vAlign w:val="center"/>
          </w:tcPr>
          <w:p w14:paraId="60C8575A" w14:textId="77777777" w:rsidR="008A2A8B" w:rsidRDefault="00BD6BA5">
            <w:r>
              <w:rPr>
                <w:sz w:val="17"/>
              </w:rPr>
              <w:t>Presenza estintori o altri presidi antincendio</w:t>
            </w:r>
          </w:p>
        </w:tc>
        <w:tc>
          <w:tcPr>
            <w:tcW w:w="5669" w:type="dxa"/>
            <w:vAlign w:val="center"/>
          </w:tcPr>
          <w:p w14:paraId="2FC53568" w14:textId="77777777" w:rsidR="008A2A8B" w:rsidRDefault="008A2A8B"/>
          <w:p w14:paraId="4D7568C7" w14:textId="77777777" w:rsidR="00BD6BA5" w:rsidRDefault="00BD6BA5"/>
          <w:p w14:paraId="63F78635" w14:textId="77777777" w:rsidR="00BD6BA5" w:rsidRDefault="00BD6BA5"/>
          <w:p w14:paraId="00CC149B" w14:textId="77777777" w:rsidR="00BD6BA5" w:rsidRDefault="00BD6BA5"/>
        </w:tc>
      </w:tr>
      <w:tr w:rsidR="008A2A8B" w14:paraId="42659363" w14:textId="77777777">
        <w:trPr>
          <w:jc w:val="center"/>
        </w:trPr>
        <w:tc>
          <w:tcPr>
            <w:tcW w:w="4535" w:type="dxa"/>
            <w:vAlign w:val="center"/>
          </w:tcPr>
          <w:p w14:paraId="0237EB47" w14:textId="77777777" w:rsidR="008A2A8B" w:rsidRDefault="00BD6BA5">
            <w:r>
              <w:rPr>
                <w:sz w:val="17"/>
              </w:rPr>
              <w:t>Presidio sanitario / primo soccorso, se previsto</w:t>
            </w:r>
          </w:p>
        </w:tc>
        <w:tc>
          <w:tcPr>
            <w:tcW w:w="5669" w:type="dxa"/>
            <w:vAlign w:val="center"/>
          </w:tcPr>
          <w:p w14:paraId="3D767A59" w14:textId="77777777" w:rsidR="008A2A8B" w:rsidRDefault="008A2A8B"/>
          <w:p w14:paraId="15A690FB" w14:textId="77777777" w:rsidR="00BD6BA5" w:rsidRDefault="00BD6BA5"/>
          <w:p w14:paraId="5CB1E193" w14:textId="77777777" w:rsidR="00BD6BA5" w:rsidRDefault="00BD6BA5"/>
          <w:p w14:paraId="3649A5AC" w14:textId="77777777" w:rsidR="00BD6BA5" w:rsidRDefault="00BD6BA5"/>
        </w:tc>
      </w:tr>
      <w:tr w:rsidR="008A2A8B" w14:paraId="491B4F49" w14:textId="77777777">
        <w:trPr>
          <w:jc w:val="center"/>
        </w:trPr>
        <w:tc>
          <w:tcPr>
            <w:tcW w:w="4535" w:type="dxa"/>
            <w:vAlign w:val="center"/>
          </w:tcPr>
          <w:p w14:paraId="4DD4123C" w14:textId="77777777" w:rsidR="008A2A8B" w:rsidRDefault="00BD6BA5">
            <w:r>
              <w:rPr>
                <w:sz w:val="17"/>
              </w:rPr>
              <w:t>Gestione afflusso e deflusso del pubblico</w:t>
            </w:r>
          </w:p>
        </w:tc>
        <w:tc>
          <w:tcPr>
            <w:tcW w:w="5669" w:type="dxa"/>
            <w:vAlign w:val="center"/>
          </w:tcPr>
          <w:p w14:paraId="1E6FDC61" w14:textId="77777777" w:rsidR="008A2A8B" w:rsidRDefault="008A2A8B"/>
          <w:p w14:paraId="1F17DBF0" w14:textId="77777777" w:rsidR="00BD6BA5" w:rsidRDefault="00BD6BA5"/>
          <w:p w14:paraId="235CBF32" w14:textId="77777777" w:rsidR="00BD6BA5" w:rsidRDefault="00BD6BA5"/>
          <w:p w14:paraId="5BCC5665" w14:textId="77777777" w:rsidR="00BD6BA5" w:rsidRDefault="00BD6BA5"/>
        </w:tc>
      </w:tr>
      <w:tr w:rsidR="008A2A8B" w14:paraId="391A686C" w14:textId="77777777">
        <w:trPr>
          <w:jc w:val="center"/>
        </w:trPr>
        <w:tc>
          <w:tcPr>
            <w:tcW w:w="4535" w:type="dxa"/>
            <w:vAlign w:val="center"/>
          </w:tcPr>
          <w:p w14:paraId="37BD8141" w14:textId="77777777" w:rsidR="008A2A8B" w:rsidRDefault="00BD6BA5">
            <w:r>
              <w:rPr>
                <w:sz w:val="17"/>
              </w:rPr>
              <w:t>Gestione rifiuti e pulizia finale</w:t>
            </w:r>
          </w:p>
        </w:tc>
        <w:tc>
          <w:tcPr>
            <w:tcW w:w="5669" w:type="dxa"/>
            <w:vAlign w:val="center"/>
          </w:tcPr>
          <w:p w14:paraId="30C98FE7" w14:textId="77777777" w:rsidR="008A2A8B" w:rsidRDefault="008A2A8B"/>
          <w:p w14:paraId="5484AA8B" w14:textId="77777777" w:rsidR="00BD6BA5" w:rsidRDefault="00BD6BA5"/>
          <w:p w14:paraId="1D843A7F" w14:textId="77777777" w:rsidR="00BD6BA5" w:rsidRDefault="00BD6BA5"/>
          <w:p w14:paraId="7C147D5E" w14:textId="77777777" w:rsidR="00BD6BA5" w:rsidRDefault="00BD6BA5"/>
        </w:tc>
      </w:tr>
      <w:tr w:rsidR="008A2A8B" w14:paraId="536C9434" w14:textId="77777777">
        <w:trPr>
          <w:jc w:val="center"/>
        </w:trPr>
        <w:tc>
          <w:tcPr>
            <w:tcW w:w="4535" w:type="dxa"/>
            <w:vAlign w:val="center"/>
          </w:tcPr>
          <w:p w14:paraId="4524D904" w14:textId="77777777" w:rsidR="008A2A8B" w:rsidRDefault="00BD6BA5">
            <w:r>
              <w:rPr>
                <w:sz w:val="17"/>
              </w:rPr>
              <w:t>Condizioni per sospensione/interruzione evento</w:t>
            </w:r>
          </w:p>
        </w:tc>
        <w:tc>
          <w:tcPr>
            <w:tcW w:w="5669" w:type="dxa"/>
            <w:vAlign w:val="center"/>
          </w:tcPr>
          <w:p w14:paraId="41666B4A" w14:textId="77777777" w:rsidR="008A2A8B" w:rsidRDefault="008A2A8B"/>
          <w:p w14:paraId="4B59C416" w14:textId="77777777" w:rsidR="00BD6BA5" w:rsidRDefault="00BD6BA5"/>
          <w:p w14:paraId="018BC87C" w14:textId="77777777" w:rsidR="00BD6BA5" w:rsidRDefault="00BD6BA5"/>
          <w:p w14:paraId="3BCF93C4" w14:textId="77777777" w:rsidR="00BD6BA5" w:rsidRDefault="00BD6BA5"/>
          <w:p w14:paraId="31A649DE" w14:textId="77777777" w:rsidR="00BD6BA5" w:rsidRDefault="00BD6BA5"/>
        </w:tc>
      </w:tr>
    </w:tbl>
    <w:p w14:paraId="077E5E78" w14:textId="77777777" w:rsidR="008A2A8B" w:rsidRDefault="008A2A8B">
      <w:pPr>
        <w:spacing w:after="40"/>
      </w:pPr>
    </w:p>
    <w:p w14:paraId="2128AE7D" w14:textId="77777777" w:rsidR="00BD6BA5" w:rsidRDefault="00BD6BA5">
      <w:pPr>
        <w:spacing w:after="40"/>
      </w:pPr>
    </w:p>
    <w:p w14:paraId="15FAD153" w14:textId="77777777" w:rsidR="008A2A8B" w:rsidRDefault="00BD6BA5">
      <w:pPr>
        <w:pStyle w:val="Titolo2"/>
        <w:spacing w:before="120" w:after="80"/>
      </w:pPr>
      <w:r>
        <w:t>Dichiarazione finale</w:t>
      </w:r>
    </w:p>
    <w:p w14:paraId="523D2BAD" w14:textId="77777777" w:rsidR="008A2A8B" w:rsidRDefault="00BD6BA5">
      <w:pPr>
        <w:spacing w:after="60" w:line="240" w:lineRule="auto"/>
      </w:pPr>
      <w:r>
        <w:t>Il sottoscritto dichiara che le informazioni rese sono veritiere e si impegna a rispettare le prescrizioni impartite dall'Amministrazione comunale e dagli enti competenti. Resta ferma la responsabilità dell'organizzatore per la corretta gestione dell'evento, per la sicurezza dei partecipanti e dei terzi e per il ripristino dell'area utilizzata.</w:t>
      </w:r>
    </w:p>
    <w:p w14:paraId="0FC1737A" w14:textId="77777777" w:rsidR="008A2A8B" w:rsidRDefault="00BD6BA5">
      <w:pPr>
        <w:spacing w:after="60" w:line="240" w:lineRule="auto"/>
      </w:pPr>
      <w:r>
        <w:t>Luogo e data: ____________________________</w:t>
      </w:r>
    </w:p>
    <w:p w14:paraId="0B77CAD1" w14:textId="77777777" w:rsidR="008A2A8B" w:rsidRDefault="00BD6BA5">
      <w:pPr>
        <w:spacing w:after="60" w:line="240" w:lineRule="auto"/>
      </w:pPr>
      <w:r>
        <w:t>Firma del richiedente: ____________________________</w:t>
      </w:r>
    </w:p>
    <w:sectPr w:rsidR="008A2A8B" w:rsidSect="00034616">
      <w:footerReference w:type="default" r:id="rId8"/>
      <w:pgSz w:w="12240" w:h="15840"/>
      <w:pgMar w:top="794" w:right="794" w:bottom="68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31EB2" w14:textId="77777777" w:rsidR="00BD6BA5" w:rsidRDefault="00BD6BA5">
      <w:pPr>
        <w:spacing w:after="0" w:line="240" w:lineRule="auto"/>
      </w:pPr>
      <w:r>
        <w:separator/>
      </w:r>
    </w:p>
  </w:endnote>
  <w:endnote w:type="continuationSeparator" w:id="0">
    <w:p w14:paraId="4C787317" w14:textId="77777777" w:rsidR="00BD6BA5" w:rsidRDefault="00BD6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0082B" w14:textId="71EF0A02" w:rsidR="008A2A8B" w:rsidRDefault="00BD6BA5">
    <w:pPr>
      <w:pStyle w:val="Pidipagina"/>
      <w:jc w:val="center"/>
    </w:pPr>
    <w:proofErr w:type="spellStart"/>
    <w:r>
      <w:rPr>
        <w:i/>
        <w:sz w:val="16"/>
      </w:rPr>
      <w:t>Modulistica</w:t>
    </w:r>
    <w:proofErr w:type="spellEnd"/>
    <w:r>
      <w:rPr>
        <w:i/>
        <w:sz w:val="16"/>
      </w:rPr>
      <w:t xml:space="preserve"> </w:t>
    </w:r>
    <w:proofErr w:type="spellStart"/>
    <w:r>
      <w:rPr>
        <w:i/>
        <w:sz w:val="16"/>
      </w:rPr>
      <w:t>eventi</w:t>
    </w:r>
    <w:proofErr w:type="spellEnd"/>
    <w:r>
      <w:rPr>
        <w:i/>
        <w:sz w:val="16"/>
      </w:rPr>
      <w:t xml:space="preserve"> </w:t>
    </w:r>
    <w:proofErr w:type="spellStart"/>
    <w:r>
      <w:rPr>
        <w:i/>
        <w:sz w:val="16"/>
      </w:rPr>
      <w:t>temporanei</w:t>
    </w:r>
    <w:proofErr w:type="spellEnd"/>
    <w:r>
      <w:rPr>
        <w:i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F5D59" w14:textId="77777777" w:rsidR="00BD6BA5" w:rsidRDefault="00BD6BA5">
      <w:pPr>
        <w:spacing w:after="0" w:line="240" w:lineRule="auto"/>
      </w:pPr>
      <w:r>
        <w:separator/>
      </w:r>
    </w:p>
  </w:footnote>
  <w:footnote w:type="continuationSeparator" w:id="0">
    <w:p w14:paraId="51346FBA" w14:textId="77777777" w:rsidR="00BD6BA5" w:rsidRDefault="00BD6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7626270">
    <w:abstractNumId w:val="8"/>
  </w:num>
  <w:num w:numId="2" w16cid:durableId="689646379">
    <w:abstractNumId w:val="6"/>
  </w:num>
  <w:num w:numId="3" w16cid:durableId="680202860">
    <w:abstractNumId w:val="5"/>
  </w:num>
  <w:num w:numId="4" w16cid:durableId="308022687">
    <w:abstractNumId w:val="4"/>
  </w:num>
  <w:num w:numId="5" w16cid:durableId="904225610">
    <w:abstractNumId w:val="7"/>
  </w:num>
  <w:num w:numId="6" w16cid:durableId="859926889">
    <w:abstractNumId w:val="3"/>
  </w:num>
  <w:num w:numId="7" w16cid:durableId="455030847">
    <w:abstractNumId w:val="2"/>
  </w:num>
  <w:num w:numId="8" w16cid:durableId="1589927439">
    <w:abstractNumId w:val="1"/>
  </w:num>
  <w:num w:numId="9" w16cid:durableId="991131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6AF9"/>
    <w:rsid w:val="0029639D"/>
    <w:rsid w:val="00326F90"/>
    <w:rsid w:val="003D309C"/>
    <w:rsid w:val="008A2A8B"/>
    <w:rsid w:val="00AA1D8D"/>
    <w:rsid w:val="00B47730"/>
    <w:rsid w:val="00BD6BA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F6CD6"/>
  <w14:defaultImageDpi w14:val="300"/>
  <w15:docId w15:val="{D8E517D0-FB5B-4CF1-B725-FD0FC011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Arial" w:eastAsia="Arial" w:hAnsi="Arial"/>
      <w:sz w:val="1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4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F4E79"/>
      <w:sz w:val="2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1679</Words>
  <Characters>9572</Characters>
  <Application>Microsoft Office Word</Application>
  <DocSecurity>0</DocSecurity>
  <Lines>79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Modulistica eventi temporanei modulare</vt:lpstr>
      <vt:lpstr/>
    </vt:vector>
  </TitlesOfParts>
  <Manager/>
  <Company/>
  <LinksUpToDate>false</LinksUpToDate>
  <CharactersWithSpaces>11229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Modulistica eventi temporanei modulare</dc:title>
  <dc:subject>Modulo base e allegati per organizzazione eventi temporanei</dc:subject>
  <dc:creator>OpenAI</dc:creator>
  <cp:keywords>eventi temporanei, SUAP, somministrazione, safety, Comune</cp:keywords>
  <dc:description>generated by python-docx</dc:description>
  <cp:lastModifiedBy>Roberta Rodella</cp:lastModifiedBy>
  <cp:revision>2</cp:revision>
  <dcterms:created xsi:type="dcterms:W3CDTF">2026-05-04T09:12:00Z</dcterms:created>
  <dcterms:modified xsi:type="dcterms:W3CDTF">2026-05-04T09:12:00Z</dcterms:modified>
  <cp:category/>
</cp:coreProperties>
</file>